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6457D" w14:textId="77777777" w:rsidR="0029277F" w:rsidRPr="00992D56" w:rsidRDefault="00000000">
      <w:pPr>
        <w:spacing w:before="40" w:after="40"/>
        <w:jc w:val="center"/>
        <w:rPr>
          <w:rFonts w:ascii="Century Gothic" w:hAnsi="Century Gothic"/>
        </w:rPr>
      </w:pPr>
      <w:r w:rsidRPr="00992D56">
        <w:rPr>
          <w:rFonts w:ascii="Century Gothic" w:hAnsi="Century Gothic"/>
          <w:b/>
          <w:color w:val="6C4AA4"/>
          <w:sz w:val="36"/>
        </w:rPr>
        <w:t>DIVERSITY MONITORING FORM</w:t>
      </w:r>
    </w:p>
    <w:p w14:paraId="2194A4C1" w14:textId="77777777" w:rsidR="0029277F" w:rsidRPr="00992D56" w:rsidRDefault="00000000">
      <w:pPr>
        <w:spacing w:after="200"/>
        <w:jc w:val="center"/>
        <w:rPr>
          <w:rFonts w:ascii="Century Gothic" w:hAnsi="Century Gothic"/>
        </w:rPr>
      </w:pPr>
      <w:r w:rsidRPr="00A12632">
        <w:rPr>
          <w:rFonts w:ascii="Century Gothic" w:hAnsi="Century Gothic"/>
          <w:b/>
          <w:color w:val="7030A0"/>
          <w:sz w:val="22"/>
        </w:rPr>
        <w:t>Recruitment</w:t>
      </w:r>
    </w:p>
    <w:tbl>
      <w:tblPr>
        <w:tblW w:w="0" w:type="auto"/>
        <w:jc w:val="center"/>
        <w:tblLayout w:type="fixed"/>
        <w:tblLook w:val="04A0" w:firstRow="1" w:lastRow="0" w:firstColumn="1" w:lastColumn="0" w:noHBand="0" w:noVBand="1"/>
      </w:tblPr>
      <w:tblGrid>
        <w:gridCol w:w="10166"/>
      </w:tblGrid>
      <w:tr w:rsidR="0029277F" w:rsidRPr="00992D56" w14:paraId="64C036CB" w14:textId="77777777">
        <w:trPr>
          <w:jc w:val="center"/>
        </w:trPr>
        <w:tc>
          <w:tcPr>
            <w:tcW w:w="10166" w:type="dxa"/>
            <w:shd w:val="clear" w:color="auto" w:fill="F3F0F8"/>
            <w:tcMar>
              <w:top w:w="160" w:type="dxa"/>
              <w:left w:w="180" w:type="dxa"/>
              <w:bottom w:w="160" w:type="dxa"/>
              <w:right w:w="180" w:type="dxa"/>
            </w:tcMar>
          </w:tcPr>
          <w:p w14:paraId="5E813982" w14:textId="77777777" w:rsidR="0029277F" w:rsidRPr="00992D56" w:rsidRDefault="00000000">
            <w:pPr>
              <w:spacing w:after="120"/>
              <w:rPr>
                <w:rFonts w:ascii="Century Gothic" w:hAnsi="Century Gothic"/>
              </w:rPr>
            </w:pPr>
            <w:r w:rsidRPr="00992D56">
              <w:rPr>
                <w:rFonts w:ascii="Century Gothic" w:hAnsi="Century Gothic"/>
                <w:b/>
                <w:color w:val="6C4AA4"/>
                <w:sz w:val="21"/>
              </w:rPr>
              <w:t>Your answers are voluntary.</w:t>
            </w:r>
          </w:p>
          <w:p w14:paraId="1E880F50" w14:textId="77777777" w:rsidR="0029277F" w:rsidRPr="00992D56" w:rsidRDefault="00000000" w:rsidP="00992D56">
            <w:pPr>
              <w:spacing w:after="0"/>
              <w:jc w:val="both"/>
              <w:rPr>
                <w:rFonts w:ascii="Century Gothic" w:hAnsi="Century Gothic"/>
              </w:rPr>
            </w:pPr>
            <w:r w:rsidRPr="00992D56">
              <w:rPr>
                <w:rFonts w:ascii="Century Gothic" w:hAnsi="Century Gothic"/>
                <w:sz w:val="19"/>
              </w:rPr>
              <w:t>They are kept separate from your application and are not used to decide whether you are shortlisted or appointed. Please do not add your name to this form.</w:t>
            </w:r>
          </w:p>
        </w:tc>
      </w:tr>
    </w:tbl>
    <w:p w14:paraId="3D02F592" w14:textId="77777777" w:rsidR="0029277F" w:rsidRPr="00A12632" w:rsidRDefault="00000000" w:rsidP="00992D56">
      <w:pPr>
        <w:keepNext/>
        <w:spacing w:after="0" w:line="240" w:lineRule="auto"/>
        <w:jc w:val="both"/>
        <w:rPr>
          <w:rFonts w:ascii="Century Gothic" w:hAnsi="Century Gothic"/>
          <w:sz w:val="22"/>
        </w:rPr>
      </w:pPr>
      <w:r w:rsidRPr="00A12632">
        <w:rPr>
          <w:rFonts w:ascii="Century Gothic" w:hAnsi="Century Gothic"/>
          <w:b/>
          <w:color w:val="6C4AA4"/>
          <w:sz w:val="22"/>
        </w:rPr>
        <w:t>Why we ask</w:t>
      </w:r>
    </w:p>
    <w:p w14:paraId="3593A420" w14:textId="77777777" w:rsidR="0029277F" w:rsidRPr="00A12632" w:rsidRDefault="00000000" w:rsidP="00992D56">
      <w:pPr>
        <w:spacing w:after="0" w:line="240" w:lineRule="auto"/>
        <w:jc w:val="both"/>
        <w:rPr>
          <w:rFonts w:ascii="Century Gothic" w:hAnsi="Century Gothic"/>
          <w:sz w:val="22"/>
        </w:rPr>
      </w:pPr>
      <w:r w:rsidRPr="00A12632">
        <w:rPr>
          <w:rFonts w:ascii="Century Gothic" w:hAnsi="Century Gothic"/>
          <w:sz w:val="22"/>
        </w:rPr>
        <w:t>Advocacy Focus wants its recruitment to be fair and open to people from every part of our community. We use the information in this form to check who applies, spot possible barriers and improve where and how we advertise vacancies.</w:t>
      </w:r>
    </w:p>
    <w:p w14:paraId="4A41DC20" w14:textId="77777777" w:rsidR="00992D56" w:rsidRPr="00A12632" w:rsidRDefault="00992D56" w:rsidP="00992D56">
      <w:pPr>
        <w:spacing w:after="0" w:line="240" w:lineRule="auto"/>
        <w:jc w:val="both"/>
        <w:rPr>
          <w:rFonts w:ascii="Century Gothic" w:hAnsi="Century Gothic"/>
          <w:sz w:val="22"/>
        </w:rPr>
      </w:pPr>
    </w:p>
    <w:p w14:paraId="7C0C4167" w14:textId="77777777" w:rsidR="0029277F" w:rsidRPr="00A12632" w:rsidRDefault="00000000" w:rsidP="00992D56">
      <w:pPr>
        <w:keepNext/>
        <w:spacing w:after="0" w:line="240" w:lineRule="auto"/>
        <w:jc w:val="both"/>
        <w:rPr>
          <w:rFonts w:ascii="Century Gothic" w:hAnsi="Century Gothic"/>
          <w:sz w:val="22"/>
        </w:rPr>
      </w:pPr>
      <w:r w:rsidRPr="00A12632">
        <w:rPr>
          <w:rFonts w:ascii="Century Gothic" w:hAnsi="Century Gothic"/>
          <w:b/>
          <w:color w:val="6C4AA4"/>
          <w:sz w:val="22"/>
        </w:rPr>
        <w:t>Before you begin</w:t>
      </w:r>
    </w:p>
    <w:p w14:paraId="7D360E31" w14:textId="77777777" w:rsidR="0029277F" w:rsidRPr="00A12632" w:rsidRDefault="00000000" w:rsidP="00992D56">
      <w:pPr>
        <w:spacing w:after="0" w:line="240" w:lineRule="auto"/>
        <w:jc w:val="both"/>
        <w:rPr>
          <w:rFonts w:ascii="Century Gothic" w:hAnsi="Century Gothic"/>
          <w:sz w:val="22"/>
        </w:rPr>
      </w:pPr>
      <w:r w:rsidRPr="00A12632">
        <w:rPr>
          <w:rFonts w:ascii="Century Gothic" w:hAnsi="Century Gothic"/>
          <w:sz w:val="22"/>
        </w:rPr>
        <w:t>You may leave any question blank or select ‘Prefer not to say’. Your choice will not affect your application.</w:t>
      </w:r>
    </w:p>
    <w:p w14:paraId="1E21EB2F" w14:textId="77777777" w:rsidR="00992D56" w:rsidRPr="00A12632" w:rsidRDefault="00992D56" w:rsidP="00992D56">
      <w:pPr>
        <w:spacing w:after="0" w:line="240" w:lineRule="auto"/>
        <w:jc w:val="both"/>
        <w:rPr>
          <w:rFonts w:ascii="Century Gothic" w:hAnsi="Century Gothic"/>
          <w:sz w:val="22"/>
        </w:rPr>
      </w:pPr>
    </w:p>
    <w:p w14:paraId="1DCB5EB8" w14:textId="132E5442" w:rsidR="0029277F" w:rsidRPr="00A12632" w:rsidRDefault="00000000" w:rsidP="00992D56">
      <w:pPr>
        <w:spacing w:after="0" w:line="240" w:lineRule="auto"/>
        <w:jc w:val="both"/>
        <w:rPr>
          <w:rFonts w:ascii="Century Gothic" w:hAnsi="Century Gothic"/>
          <w:sz w:val="22"/>
        </w:rPr>
      </w:pPr>
      <w:r w:rsidRPr="00A12632">
        <w:rPr>
          <w:rFonts w:ascii="Century Gothic" w:hAnsi="Century Gothic"/>
          <w:sz w:val="22"/>
        </w:rPr>
        <w:t xml:space="preserve">If you need an adjustment at any stage of the recruitment process, please contact </w:t>
      </w:r>
      <w:hyperlink r:id="rId8" w:history="1">
        <w:r w:rsidR="00992D56" w:rsidRPr="00A12632">
          <w:rPr>
            <w:rStyle w:val="Hyperlink"/>
            <w:rFonts w:ascii="Century Gothic" w:hAnsi="Century Gothic"/>
            <w:b/>
            <w:sz w:val="22"/>
          </w:rPr>
          <w:t>hr@advocacyfocus.org.uk</w:t>
        </w:r>
      </w:hyperlink>
      <w:r w:rsidR="00992D56" w:rsidRPr="00A12632">
        <w:rPr>
          <w:rFonts w:ascii="Century Gothic" w:hAnsi="Century Gothic"/>
          <w:sz w:val="22"/>
        </w:rPr>
        <w:t xml:space="preserve"> </w:t>
      </w:r>
      <w:r w:rsidRPr="00A12632">
        <w:rPr>
          <w:rFonts w:ascii="Century Gothic" w:hAnsi="Century Gothic"/>
          <w:sz w:val="22"/>
        </w:rPr>
        <w:t>Please do not use this monitoring form to request an adjustment.</w:t>
      </w:r>
    </w:p>
    <w:p w14:paraId="697FA66D" w14:textId="77777777" w:rsidR="00992D56" w:rsidRPr="00A12632" w:rsidRDefault="00992D56" w:rsidP="00992D56">
      <w:pPr>
        <w:spacing w:after="0" w:line="240" w:lineRule="auto"/>
        <w:jc w:val="both"/>
        <w:rPr>
          <w:rFonts w:ascii="Century Gothic" w:hAnsi="Century Gothic"/>
          <w:sz w:val="22"/>
        </w:rPr>
      </w:pPr>
    </w:p>
    <w:tbl>
      <w:tblPr>
        <w:tblW w:w="0" w:type="auto"/>
        <w:jc w:val="center"/>
        <w:tblLayout w:type="fixed"/>
        <w:tblLook w:val="04A0" w:firstRow="1" w:lastRow="0" w:firstColumn="1" w:lastColumn="0" w:noHBand="0" w:noVBand="1"/>
      </w:tblPr>
      <w:tblGrid>
        <w:gridCol w:w="5083"/>
        <w:gridCol w:w="5083"/>
      </w:tblGrid>
      <w:tr w:rsidR="0029277F" w:rsidRPr="00A12632" w14:paraId="5D60AA25" w14:textId="77777777" w:rsidTr="001F75E4">
        <w:trPr>
          <w:trHeight w:val="363"/>
          <w:jc w:val="center"/>
        </w:trPr>
        <w:tc>
          <w:tcPr>
            <w:tcW w:w="5083" w:type="dxa"/>
            <w:shd w:val="clear" w:color="auto" w:fill="F36A21"/>
            <w:tcMar>
              <w:top w:w="100" w:type="dxa"/>
              <w:left w:w="120" w:type="dxa"/>
              <w:bottom w:w="100" w:type="dxa"/>
              <w:right w:w="120" w:type="dxa"/>
            </w:tcMar>
            <w:vAlign w:val="center"/>
          </w:tcPr>
          <w:p w14:paraId="1DFD887F" w14:textId="77777777" w:rsidR="0029277F" w:rsidRPr="00A12632" w:rsidRDefault="00000000">
            <w:pPr>
              <w:spacing w:after="0" w:line="252" w:lineRule="auto"/>
              <w:jc w:val="center"/>
              <w:rPr>
                <w:rFonts w:ascii="Century Gothic" w:hAnsi="Century Gothic"/>
                <w:sz w:val="22"/>
              </w:rPr>
            </w:pPr>
            <w:r w:rsidRPr="00A12632">
              <w:rPr>
                <w:rFonts w:ascii="Century Gothic" w:hAnsi="Century Gothic"/>
                <w:b/>
                <w:color w:val="FFFFFF"/>
                <w:sz w:val="22"/>
              </w:rPr>
              <w:t>1</w:t>
            </w:r>
          </w:p>
        </w:tc>
        <w:tc>
          <w:tcPr>
            <w:tcW w:w="5083" w:type="dxa"/>
            <w:shd w:val="clear" w:color="auto" w:fill="6C4AA4"/>
            <w:tcMar>
              <w:top w:w="100" w:type="dxa"/>
              <w:left w:w="120" w:type="dxa"/>
              <w:bottom w:w="100" w:type="dxa"/>
              <w:right w:w="120" w:type="dxa"/>
            </w:tcMar>
            <w:vAlign w:val="center"/>
          </w:tcPr>
          <w:p w14:paraId="226A26D6"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ABOUT THE VACANCY</w:t>
            </w:r>
          </w:p>
        </w:tc>
      </w:tr>
    </w:tbl>
    <w:p w14:paraId="58D9F7DA" w14:textId="77777777" w:rsidR="00992D56" w:rsidRPr="00A12632" w:rsidRDefault="00992D56">
      <w:pPr>
        <w:spacing w:before="60" w:after="80"/>
        <w:rPr>
          <w:rFonts w:ascii="Century Gothic" w:hAnsi="Century Gothic"/>
          <w:b/>
          <w:sz w:val="22"/>
        </w:rPr>
      </w:pPr>
    </w:p>
    <w:p w14:paraId="324B0E63" w14:textId="70C23B15" w:rsidR="0029277F" w:rsidRPr="00A12632" w:rsidRDefault="00000000">
      <w:pPr>
        <w:spacing w:before="60" w:after="80"/>
        <w:rPr>
          <w:rFonts w:ascii="Century Gothic" w:hAnsi="Century Gothic"/>
          <w:sz w:val="22"/>
        </w:rPr>
      </w:pPr>
      <w:r w:rsidRPr="00A12632">
        <w:rPr>
          <w:rFonts w:ascii="Century Gothic" w:hAnsi="Century Gothic"/>
          <w:b/>
          <w:sz w:val="22"/>
        </w:rPr>
        <w:t xml:space="preserve">Vacancy title: </w:t>
      </w:r>
    </w:p>
    <w:p w14:paraId="43FA1634" w14:textId="77777777" w:rsidR="00992D56" w:rsidRPr="00A12632" w:rsidRDefault="00992D56">
      <w:pPr>
        <w:spacing w:before="60" w:after="80"/>
        <w:rPr>
          <w:rFonts w:ascii="Century Gothic" w:hAnsi="Century Gothic"/>
          <w:sz w:val="22"/>
        </w:rPr>
      </w:pPr>
    </w:p>
    <w:p w14:paraId="0473B9BF" w14:textId="77777777" w:rsidR="0029277F" w:rsidRPr="00A12632" w:rsidRDefault="00000000">
      <w:pPr>
        <w:keepNext/>
        <w:spacing w:before="100"/>
        <w:rPr>
          <w:rFonts w:ascii="Century Gothic" w:hAnsi="Century Gothic"/>
          <w:sz w:val="22"/>
        </w:rPr>
      </w:pPr>
      <w:r w:rsidRPr="00A12632">
        <w:rPr>
          <w:rFonts w:ascii="Century Gothic" w:hAnsi="Century Gothic"/>
          <w:b/>
          <w:color w:val="6C4AA4"/>
          <w:sz w:val="22"/>
        </w:rPr>
        <w:t>Age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7CC497FA" w14:textId="77777777">
        <w:tc>
          <w:tcPr>
            <w:tcW w:w="5083" w:type="dxa"/>
            <w:tcMar>
              <w:top w:w="100" w:type="dxa"/>
              <w:left w:w="120" w:type="dxa"/>
              <w:bottom w:w="100" w:type="dxa"/>
              <w:right w:w="120" w:type="dxa"/>
            </w:tcMar>
            <w:vAlign w:val="center"/>
          </w:tcPr>
          <w:p w14:paraId="66A97654" w14:textId="570EAAFE" w:rsidR="0029277F" w:rsidRPr="00A12632" w:rsidRDefault="00000000">
            <w:pPr>
              <w:spacing w:after="0" w:line="252" w:lineRule="auto"/>
              <w:rPr>
                <w:rFonts w:ascii="Century Gothic" w:hAnsi="Century Gothic"/>
                <w:sz w:val="22"/>
              </w:rPr>
            </w:pPr>
            <w:sdt>
              <w:sdtPr>
                <w:rPr>
                  <w:rFonts w:ascii="Century Gothic" w:hAnsi="Century Gothic"/>
                  <w:sz w:val="22"/>
                </w:rPr>
                <w:id w:val="-53881417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16 to 24</w:t>
            </w:r>
          </w:p>
        </w:tc>
        <w:tc>
          <w:tcPr>
            <w:tcW w:w="5083" w:type="dxa"/>
            <w:tcMar>
              <w:top w:w="100" w:type="dxa"/>
              <w:left w:w="120" w:type="dxa"/>
              <w:bottom w:w="100" w:type="dxa"/>
              <w:right w:w="120" w:type="dxa"/>
            </w:tcMar>
            <w:vAlign w:val="center"/>
          </w:tcPr>
          <w:p w14:paraId="0E2D5939" w14:textId="291D18B2" w:rsidR="0029277F" w:rsidRPr="00A12632" w:rsidRDefault="00000000">
            <w:pPr>
              <w:spacing w:after="0" w:line="252" w:lineRule="auto"/>
              <w:rPr>
                <w:rFonts w:ascii="Century Gothic" w:hAnsi="Century Gothic"/>
                <w:sz w:val="22"/>
              </w:rPr>
            </w:pPr>
            <w:sdt>
              <w:sdtPr>
                <w:rPr>
                  <w:rFonts w:ascii="Century Gothic" w:hAnsi="Century Gothic"/>
                  <w:sz w:val="22"/>
                </w:rPr>
                <w:id w:val="928858524"/>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25 to 34</w:t>
            </w:r>
          </w:p>
        </w:tc>
      </w:tr>
      <w:tr w:rsidR="0029277F" w:rsidRPr="00A12632" w14:paraId="2FD7A03D" w14:textId="77777777">
        <w:tc>
          <w:tcPr>
            <w:tcW w:w="5083" w:type="dxa"/>
            <w:tcMar>
              <w:top w:w="100" w:type="dxa"/>
              <w:left w:w="120" w:type="dxa"/>
              <w:bottom w:w="100" w:type="dxa"/>
              <w:right w:w="120" w:type="dxa"/>
            </w:tcMar>
            <w:vAlign w:val="center"/>
          </w:tcPr>
          <w:p w14:paraId="1D073B79" w14:textId="3A4593D7" w:rsidR="0029277F" w:rsidRPr="00A12632" w:rsidRDefault="00000000">
            <w:pPr>
              <w:spacing w:after="0" w:line="252" w:lineRule="auto"/>
              <w:rPr>
                <w:rFonts w:ascii="Century Gothic" w:hAnsi="Century Gothic"/>
                <w:sz w:val="22"/>
              </w:rPr>
            </w:pPr>
            <w:sdt>
              <w:sdtPr>
                <w:rPr>
                  <w:rFonts w:ascii="Century Gothic" w:hAnsi="Century Gothic"/>
                  <w:sz w:val="22"/>
                </w:rPr>
                <w:id w:val="-1629775412"/>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35 to 44</w:t>
            </w:r>
          </w:p>
        </w:tc>
        <w:tc>
          <w:tcPr>
            <w:tcW w:w="5083" w:type="dxa"/>
            <w:tcMar>
              <w:top w:w="100" w:type="dxa"/>
              <w:left w:w="120" w:type="dxa"/>
              <w:bottom w:w="100" w:type="dxa"/>
              <w:right w:w="120" w:type="dxa"/>
            </w:tcMar>
            <w:vAlign w:val="center"/>
          </w:tcPr>
          <w:p w14:paraId="398148EE" w14:textId="46367F11" w:rsidR="0029277F" w:rsidRPr="00A12632" w:rsidRDefault="00000000">
            <w:pPr>
              <w:spacing w:after="0" w:line="252" w:lineRule="auto"/>
              <w:rPr>
                <w:rFonts w:ascii="Century Gothic" w:hAnsi="Century Gothic"/>
                <w:sz w:val="22"/>
              </w:rPr>
            </w:pPr>
            <w:sdt>
              <w:sdtPr>
                <w:rPr>
                  <w:rFonts w:ascii="Century Gothic" w:hAnsi="Century Gothic"/>
                  <w:sz w:val="22"/>
                </w:rPr>
                <w:id w:val="-723906043"/>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45 to 54</w:t>
            </w:r>
          </w:p>
        </w:tc>
      </w:tr>
      <w:tr w:rsidR="0029277F" w:rsidRPr="00A12632" w14:paraId="50785075" w14:textId="77777777">
        <w:tc>
          <w:tcPr>
            <w:tcW w:w="5083" w:type="dxa"/>
            <w:tcMar>
              <w:top w:w="100" w:type="dxa"/>
              <w:left w:w="120" w:type="dxa"/>
              <w:bottom w:w="100" w:type="dxa"/>
              <w:right w:w="120" w:type="dxa"/>
            </w:tcMar>
            <w:vAlign w:val="center"/>
          </w:tcPr>
          <w:p w14:paraId="7E2B0C76" w14:textId="508D7DF6" w:rsidR="0029277F" w:rsidRPr="00A12632" w:rsidRDefault="00000000">
            <w:pPr>
              <w:spacing w:after="0" w:line="252" w:lineRule="auto"/>
              <w:rPr>
                <w:rFonts w:ascii="Century Gothic" w:hAnsi="Century Gothic"/>
                <w:sz w:val="22"/>
              </w:rPr>
            </w:pPr>
            <w:sdt>
              <w:sdtPr>
                <w:rPr>
                  <w:rFonts w:ascii="Century Gothic" w:hAnsi="Century Gothic"/>
                  <w:sz w:val="22"/>
                </w:rPr>
                <w:id w:val="-1636552898"/>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55 to 64</w:t>
            </w:r>
          </w:p>
        </w:tc>
        <w:tc>
          <w:tcPr>
            <w:tcW w:w="5083" w:type="dxa"/>
            <w:tcMar>
              <w:top w:w="100" w:type="dxa"/>
              <w:left w:w="120" w:type="dxa"/>
              <w:bottom w:w="100" w:type="dxa"/>
              <w:right w:w="120" w:type="dxa"/>
            </w:tcMar>
            <w:vAlign w:val="center"/>
          </w:tcPr>
          <w:p w14:paraId="548A15EF" w14:textId="2EEE97C0" w:rsidR="0029277F" w:rsidRPr="00A12632" w:rsidRDefault="00000000">
            <w:pPr>
              <w:spacing w:after="0" w:line="252" w:lineRule="auto"/>
              <w:rPr>
                <w:rFonts w:ascii="Century Gothic" w:hAnsi="Century Gothic"/>
                <w:sz w:val="22"/>
              </w:rPr>
            </w:pPr>
            <w:sdt>
              <w:sdtPr>
                <w:rPr>
                  <w:rFonts w:ascii="Century Gothic" w:hAnsi="Century Gothic"/>
                  <w:sz w:val="22"/>
                </w:rPr>
                <w:id w:val="-23956507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65 or over</w:t>
            </w:r>
          </w:p>
        </w:tc>
      </w:tr>
      <w:tr w:rsidR="0029277F" w:rsidRPr="00A12632" w14:paraId="0BD592E7" w14:textId="77777777">
        <w:tc>
          <w:tcPr>
            <w:tcW w:w="5083" w:type="dxa"/>
            <w:tcMar>
              <w:top w:w="100" w:type="dxa"/>
              <w:left w:w="120" w:type="dxa"/>
              <w:bottom w:w="100" w:type="dxa"/>
              <w:right w:w="120" w:type="dxa"/>
            </w:tcMar>
            <w:vAlign w:val="center"/>
          </w:tcPr>
          <w:p w14:paraId="32B38227" w14:textId="330BBA62" w:rsidR="0029277F" w:rsidRPr="00A12632" w:rsidRDefault="00000000">
            <w:pPr>
              <w:spacing w:after="0" w:line="252" w:lineRule="auto"/>
              <w:rPr>
                <w:rFonts w:ascii="Century Gothic" w:hAnsi="Century Gothic"/>
                <w:sz w:val="22"/>
              </w:rPr>
            </w:pPr>
            <w:sdt>
              <w:sdtPr>
                <w:rPr>
                  <w:rFonts w:ascii="Century Gothic" w:hAnsi="Century Gothic"/>
                  <w:sz w:val="22"/>
                </w:rPr>
                <w:id w:val="28748143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c>
          <w:tcPr>
            <w:tcW w:w="5083" w:type="dxa"/>
            <w:tcMar>
              <w:top w:w="100" w:type="dxa"/>
              <w:left w:w="120" w:type="dxa"/>
              <w:bottom w:w="100" w:type="dxa"/>
              <w:right w:w="120" w:type="dxa"/>
            </w:tcMar>
            <w:vAlign w:val="center"/>
          </w:tcPr>
          <w:p w14:paraId="2B94F05B" w14:textId="77777777" w:rsidR="0029277F" w:rsidRPr="00A12632" w:rsidRDefault="0029277F">
            <w:pPr>
              <w:spacing w:after="0" w:line="252" w:lineRule="auto"/>
              <w:rPr>
                <w:rFonts w:ascii="Century Gothic" w:hAnsi="Century Gothic"/>
                <w:sz w:val="22"/>
              </w:rPr>
            </w:pPr>
          </w:p>
        </w:tc>
      </w:tr>
    </w:tbl>
    <w:p w14:paraId="1321CCD6" w14:textId="77777777" w:rsidR="00992D56" w:rsidRPr="00A12632" w:rsidRDefault="00992D56">
      <w:pPr>
        <w:keepNext/>
        <w:spacing w:before="100"/>
        <w:rPr>
          <w:rFonts w:ascii="Century Gothic" w:hAnsi="Century Gothic"/>
          <w:b/>
          <w:color w:val="6C4AA4"/>
          <w:sz w:val="22"/>
        </w:rPr>
      </w:pPr>
    </w:p>
    <w:p w14:paraId="1B71521B" w14:textId="7F3AF04E" w:rsidR="0029277F" w:rsidRPr="00A12632" w:rsidRDefault="00000000">
      <w:pPr>
        <w:keepNext/>
        <w:spacing w:before="100"/>
        <w:rPr>
          <w:rFonts w:ascii="Century Gothic" w:hAnsi="Century Gothic"/>
          <w:sz w:val="22"/>
        </w:rPr>
      </w:pPr>
      <w:r w:rsidRPr="00A12632">
        <w:rPr>
          <w:rFonts w:ascii="Century Gothic" w:hAnsi="Century Gothic"/>
          <w:b/>
          <w:color w:val="6C4AA4"/>
          <w:sz w:val="22"/>
        </w:rPr>
        <w:t>Disability</w:t>
      </w:r>
    </w:p>
    <w:p w14:paraId="65679366" w14:textId="77777777" w:rsidR="0029277F" w:rsidRPr="00A12632" w:rsidRDefault="00000000">
      <w:pPr>
        <w:spacing w:after="80"/>
        <w:rPr>
          <w:rFonts w:ascii="Century Gothic" w:hAnsi="Century Gothic"/>
          <w:sz w:val="22"/>
        </w:rPr>
      </w:pPr>
      <w:r w:rsidRPr="00A12632">
        <w:rPr>
          <w:rFonts w:ascii="Century Gothic" w:hAnsi="Century Gothic"/>
          <w:sz w:val="22"/>
        </w:rPr>
        <w:t>Under the Equality Act 2010, a person is disabled if they have a physical or mental impairment which has a substantial and long-term adverse effect on their ability to carry out normal day-to-day activities. ‘Long-term’ normally means 12 months or more.</w:t>
      </w:r>
    </w:p>
    <w:p w14:paraId="4CD2F1FB" w14:textId="77777777" w:rsidR="00992D56" w:rsidRPr="00A12632" w:rsidRDefault="00992D56">
      <w:pPr>
        <w:spacing w:after="40"/>
        <w:rPr>
          <w:rFonts w:ascii="Century Gothic" w:hAnsi="Century Gothic"/>
          <w:b/>
          <w:sz w:val="22"/>
        </w:rPr>
      </w:pPr>
    </w:p>
    <w:p w14:paraId="518E95BB" w14:textId="12BBE1D2" w:rsidR="0029277F" w:rsidRPr="00A12632" w:rsidRDefault="00000000">
      <w:pPr>
        <w:spacing w:after="40"/>
        <w:rPr>
          <w:rFonts w:ascii="Century Gothic" w:hAnsi="Century Gothic"/>
          <w:sz w:val="22"/>
        </w:rPr>
      </w:pPr>
      <w:r w:rsidRPr="00A12632">
        <w:rPr>
          <w:rFonts w:ascii="Century Gothic" w:hAnsi="Century Gothic"/>
          <w:b/>
          <w:sz w:val="22"/>
        </w:rPr>
        <w:t>Do you consider yourself to be disabled under this definition?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3689551C" w14:textId="77777777">
        <w:tc>
          <w:tcPr>
            <w:tcW w:w="5083" w:type="dxa"/>
            <w:tcMar>
              <w:top w:w="100" w:type="dxa"/>
              <w:left w:w="120" w:type="dxa"/>
              <w:bottom w:w="100" w:type="dxa"/>
              <w:right w:w="120" w:type="dxa"/>
            </w:tcMar>
            <w:vAlign w:val="center"/>
          </w:tcPr>
          <w:p w14:paraId="6613136E" w14:textId="761BE3BE" w:rsidR="0029277F" w:rsidRPr="00A12632" w:rsidRDefault="00000000">
            <w:pPr>
              <w:spacing w:after="0" w:line="252" w:lineRule="auto"/>
              <w:rPr>
                <w:rFonts w:ascii="Century Gothic" w:hAnsi="Century Gothic"/>
                <w:sz w:val="22"/>
              </w:rPr>
            </w:pPr>
            <w:sdt>
              <w:sdtPr>
                <w:rPr>
                  <w:rFonts w:ascii="Century Gothic" w:hAnsi="Century Gothic"/>
                  <w:sz w:val="22"/>
                </w:rPr>
                <w:id w:val="1698383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Yes</w:t>
            </w:r>
          </w:p>
        </w:tc>
        <w:tc>
          <w:tcPr>
            <w:tcW w:w="5083" w:type="dxa"/>
            <w:tcMar>
              <w:top w:w="100" w:type="dxa"/>
              <w:left w:w="120" w:type="dxa"/>
              <w:bottom w:w="100" w:type="dxa"/>
              <w:right w:w="120" w:type="dxa"/>
            </w:tcMar>
            <w:vAlign w:val="center"/>
          </w:tcPr>
          <w:p w14:paraId="04DD3D67" w14:textId="2D5AC37C" w:rsidR="0029277F" w:rsidRPr="00A12632" w:rsidRDefault="00000000">
            <w:pPr>
              <w:spacing w:after="0" w:line="252" w:lineRule="auto"/>
              <w:rPr>
                <w:rFonts w:ascii="Century Gothic" w:hAnsi="Century Gothic"/>
                <w:sz w:val="22"/>
              </w:rPr>
            </w:pPr>
            <w:sdt>
              <w:sdtPr>
                <w:rPr>
                  <w:rFonts w:ascii="Century Gothic" w:hAnsi="Century Gothic"/>
                  <w:sz w:val="22"/>
                </w:rPr>
                <w:id w:val="28740406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No</w:t>
            </w:r>
          </w:p>
        </w:tc>
      </w:tr>
      <w:tr w:rsidR="0029277F" w:rsidRPr="00A12632" w14:paraId="09902804" w14:textId="77777777">
        <w:tc>
          <w:tcPr>
            <w:tcW w:w="5083" w:type="dxa"/>
            <w:tcMar>
              <w:top w:w="100" w:type="dxa"/>
              <w:left w:w="120" w:type="dxa"/>
              <w:bottom w:w="100" w:type="dxa"/>
              <w:right w:w="120" w:type="dxa"/>
            </w:tcMar>
            <w:vAlign w:val="center"/>
          </w:tcPr>
          <w:p w14:paraId="4D92F1F5" w14:textId="5387AE6B" w:rsidR="0029277F" w:rsidRPr="00A12632" w:rsidRDefault="00000000">
            <w:pPr>
              <w:spacing w:after="0" w:line="252" w:lineRule="auto"/>
              <w:rPr>
                <w:rFonts w:ascii="Century Gothic" w:hAnsi="Century Gothic"/>
                <w:sz w:val="22"/>
              </w:rPr>
            </w:pPr>
            <w:sdt>
              <w:sdtPr>
                <w:rPr>
                  <w:rFonts w:ascii="Century Gothic" w:hAnsi="Century Gothic"/>
                  <w:sz w:val="22"/>
                </w:rPr>
                <w:id w:val="40558738"/>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Don’t know</w:t>
            </w:r>
          </w:p>
        </w:tc>
        <w:tc>
          <w:tcPr>
            <w:tcW w:w="5083" w:type="dxa"/>
            <w:tcMar>
              <w:top w:w="100" w:type="dxa"/>
              <w:left w:w="120" w:type="dxa"/>
              <w:bottom w:w="100" w:type="dxa"/>
              <w:right w:w="120" w:type="dxa"/>
            </w:tcMar>
            <w:vAlign w:val="center"/>
          </w:tcPr>
          <w:p w14:paraId="1959153B" w14:textId="077CF318" w:rsidR="0029277F" w:rsidRPr="00A12632" w:rsidRDefault="00000000">
            <w:pPr>
              <w:spacing w:after="0" w:line="252" w:lineRule="auto"/>
              <w:rPr>
                <w:rFonts w:ascii="Century Gothic" w:hAnsi="Century Gothic"/>
                <w:sz w:val="22"/>
              </w:rPr>
            </w:pPr>
            <w:sdt>
              <w:sdtPr>
                <w:rPr>
                  <w:rFonts w:ascii="Century Gothic" w:hAnsi="Century Gothic"/>
                  <w:sz w:val="22"/>
                </w:rPr>
                <w:id w:val="-2012681444"/>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r>
    </w:tbl>
    <w:p w14:paraId="7A5BE20A" w14:textId="77777777" w:rsidR="0029277F" w:rsidRPr="00A12632" w:rsidRDefault="00000000">
      <w:pPr>
        <w:rPr>
          <w:rFonts w:ascii="Century Gothic" w:hAnsi="Century Gothic"/>
          <w:sz w:val="22"/>
        </w:rPr>
      </w:pPr>
      <w:r w:rsidRPr="00A12632">
        <w:rPr>
          <w:rFonts w:ascii="Century Gothic" w:hAnsi="Century Gothic"/>
          <w:sz w:val="22"/>
        </w:rPr>
        <w:br w:type="page"/>
      </w:r>
    </w:p>
    <w:tbl>
      <w:tblPr>
        <w:tblW w:w="0" w:type="auto"/>
        <w:jc w:val="center"/>
        <w:tblLayout w:type="fixed"/>
        <w:tblLook w:val="04A0" w:firstRow="1" w:lastRow="0" w:firstColumn="1" w:lastColumn="0" w:noHBand="0" w:noVBand="1"/>
      </w:tblPr>
      <w:tblGrid>
        <w:gridCol w:w="5083"/>
        <w:gridCol w:w="5083"/>
      </w:tblGrid>
      <w:tr w:rsidR="0029277F" w:rsidRPr="00A12632" w14:paraId="61AA079A" w14:textId="77777777" w:rsidTr="001F75E4">
        <w:trPr>
          <w:trHeight w:val="387"/>
          <w:jc w:val="center"/>
        </w:trPr>
        <w:tc>
          <w:tcPr>
            <w:tcW w:w="5083" w:type="dxa"/>
            <w:shd w:val="clear" w:color="auto" w:fill="F36A21"/>
            <w:tcMar>
              <w:top w:w="100" w:type="dxa"/>
              <w:left w:w="120" w:type="dxa"/>
              <w:bottom w:w="100" w:type="dxa"/>
              <w:right w:w="120" w:type="dxa"/>
            </w:tcMar>
            <w:vAlign w:val="center"/>
          </w:tcPr>
          <w:p w14:paraId="31FB8980" w14:textId="77777777" w:rsidR="0029277F" w:rsidRPr="00A12632" w:rsidRDefault="00000000">
            <w:pPr>
              <w:spacing w:after="0" w:line="252" w:lineRule="auto"/>
              <w:jc w:val="center"/>
              <w:rPr>
                <w:rFonts w:ascii="Century Gothic" w:hAnsi="Century Gothic"/>
                <w:sz w:val="22"/>
              </w:rPr>
            </w:pPr>
            <w:r w:rsidRPr="00A12632">
              <w:rPr>
                <w:rFonts w:ascii="Century Gothic" w:hAnsi="Century Gothic"/>
                <w:b/>
                <w:color w:val="FFFFFF"/>
                <w:sz w:val="22"/>
              </w:rPr>
              <w:lastRenderedPageBreak/>
              <w:t>2</w:t>
            </w:r>
          </w:p>
        </w:tc>
        <w:tc>
          <w:tcPr>
            <w:tcW w:w="5083" w:type="dxa"/>
            <w:shd w:val="clear" w:color="auto" w:fill="6C4AA4"/>
            <w:tcMar>
              <w:top w:w="100" w:type="dxa"/>
              <w:left w:w="120" w:type="dxa"/>
              <w:bottom w:w="100" w:type="dxa"/>
              <w:right w:w="120" w:type="dxa"/>
            </w:tcMar>
            <w:vAlign w:val="center"/>
          </w:tcPr>
          <w:p w14:paraId="19D6D4AF"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ETHNIC GROUP</w:t>
            </w:r>
          </w:p>
        </w:tc>
      </w:tr>
    </w:tbl>
    <w:p w14:paraId="52F28A77" w14:textId="77777777" w:rsidR="0029277F" w:rsidRPr="00A12632" w:rsidRDefault="00000000">
      <w:pPr>
        <w:spacing w:before="80"/>
        <w:rPr>
          <w:rFonts w:ascii="Century Gothic" w:hAnsi="Century Gothic"/>
          <w:b/>
          <w:bCs/>
          <w:sz w:val="22"/>
        </w:rPr>
      </w:pPr>
      <w:r w:rsidRPr="00A12632">
        <w:rPr>
          <w:rFonts w:ascii="Century Gothic" w:hAnsi="Century Gothic"/>
          <w:b/>
          <w:bCs/>
          <w:i/>
          <w:color w:val="625C67"/>
          <w:sz w:val="22"/>
        </w:rPr>
        <w:t>Choose one option that best describes your ethnic group or background.</w:t>
      </w:r>
    </w:p>
    <w:p w14:paraId="3DB6EA2C" w14:textId="77777777" w:rsidR="0029277F" w:rsidRPr="00A12632" w:rsidRDefault="00000000">
      <w:pPr>
        <w:keepNext/>
        <w:spacing w:before="80" w:after="20"/>
        <w:rPr>
          <w:rFonts w:ascii="Century Gothic" w:hAnsi="Century Gothic"/>
          <w:sz w:val="22"/>
        </w:rPr>
      </w:pPr>
      <w:r w:rsidRPr="00A12632">
        <w:rPr>
          <w:rFonts w:ascii="Century Gothic" w:hAnsi="Century Gothic"/>
          <w:b/>
          <w:color w:val="6C4AA4"/>
          <w:sz w:val="22"/>
        </w:rPr>
        <w:t>White</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58C854E1" w14:textId="77777777">
        <w:tc>
          <w:tcPr>
            <w:tcW w:w="5083" w:type="dxa"/>
            <w:tcMar>
              <w:top w:w="100" w:type="dxa"/>
              <w:left w:w="120" w:type="dxa"/>
              <w:bottom w:w="100" w:type="dxa"/>
              <w:right w:w="120" w:type="dxa"/>
            </w:tcMar>
            <w:vAlign w:val="center"/>
          </w:tcPr>
          <w:p w14:paraId="2D4265E3" w14:textId="38817D56" w:rsidR="0029277F" w:rsidRPr="00A12632" w:rsidRDefault="00000000">
            <w:pPr>
              <w:spacing w:after="0" w:line="252" w:lineRule="auto"/>
              <w:rPr>
                <w:rFonts w:ascii="Century Gothic" w:hAnsi="Century Gothic"/>
                <w:sz w:val="22"/>
              </w:rPr>
            </w:pPr>
            <w:sdt>
              <w:sdtPr>
                <w:rPr>
                  <w:rFonts w:ascii="Century Gothic" w:hAnsi="Century Gothic"/>
                  <w:sz w:val="22"/>
                </w:rPr>
                <w:id w:val="-94676664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English, Welsh, Scottish, Northern Irish or British</w:t>
            </w:r>
          </w:p>
        </w:tc>
        <w:tc>
          <w:tcPr>
            <w:tcW w:w="5083" w:type="dxa"/>
            <w:tcMar>
              <w:top w:w="100" w:type="dxa"/>
              <w:left w:w="120" w:type="dxa"/>
              <w:bottom w:w="100" w:type="dxa"/>
              <w:right w:w="120" w:type="dxa"/>
            </w:tcMar>
            <w:vAlign w:val="center"/>
          </w:tcPr>
          <w:p w14:paraId="674B8F60" w14:textId="6ADC89ED" w:rsidR="0029277F" w:rsidRPr="00A12632" w:rsidRDefault="00000000">
            <w:pPr>
              <w:spacing w:after="0" w:line="252" w:lineRule="auto"/>
              <w:rPr>
                <w:rFonts w:ascii="Century Gothic" w:hAnsi="Century Gothic"/>
                <w:sz w:val="22"/>
              </w:rPr>
            </w:pPr>
            <w:sdt>
              <w:sdtPr>
                <w:rPr>
                  <w:rFonts w:ascii="Century Gothic" w:hAnsi="Century Gothic"/>
                  <w:sz w:val="22"/>
                </w:rPr>
                <w:id w:val="-1352175117"/>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Irish</w:t>
            </w:r>
          </w:p>
        </w:tc>
      </w:tr>
      <w:tr w:rsidR="0029277F" w:rsidRPr="00A12632" w14:paraId="430D86BF" w14:textId="77777777">
        <w:tc>
          <w:tcPr>
            <w:tcW w:w="5083" w:type="dxa"/>
            <w:tcMar>
              <w:top w:w="100" w:type="dxa"/>
              <w:left w:w="120" w:type="dxa"/>
              <w:bottom w:w="100" w:type="dxa"/>
              <w:right w:w="120" w:type="dxa"/>
            </w:tcMar>
            <w:vAlign w:val="center"/>
          </w:tcPr>
          <w:p w14:paraId="186D1102" w14:textId="6A7205DD" w:rsidR="0029277F" w:rsidRPr="00A12632" w:rsidRDefault="00000000">
            <w:pPr>
              <w:spacing w:after="0" w:line="252" w:lineRule="auto"/>
              <w:rPr>
                <w:rFonts w:ascii="Century Gothic" w:hAnsi="Century Gothic"/>
                <w:sz w:val="22"/>
              </w:rPr>
            </w:pPr>
            <w:sdt>
              <w:sdtPr>
                <w:rPr>
                  <w:rFonts w:ascii="Century Gothic" w:hAnsi="Century Gothic"/>
                  <w:sz w:val="22"/>
                </w:rPr>
                <w:id w:val="-36251588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Gypsy or Irish Traveller</w:t>
            </w:r>
          </w:p>
        </w:tc>
        <w:tc>
          <w:tcPr>
            <w:tcW w:w="5083" w:type="dxa"/>
            <w:tcMar>
              <w:top w:w="100" w:type="dxa"/>
              <w:left w:w="120" w:type="dxa"/>
              <w:bottom w:w="100" w:type="dxa"/>
              <w:right w:w="120" w:type="dxa"/>
            </w:tcMar>
            <w:vAlign w:val="center"/>
          </w:tcPr>
          <w:p w14:paraId="2B324854" w14:textId="4E7971ED" w:rsidR="0029277F" w:rsidRPr="00A12632" w:rsidRDefault="00000000">
            <w:pPr>
              <w:spacing w:after="0" w:line="252" w:lineRule="auto"/>
              <w:rPr>
                <w:rFonts w:ascii="Century Gothic" w:hAnsi="Century Gothic"/>
                <w:sz w:val="22"/>
              </w:rPr>
            </w:pPr>
            <w:sdt>
              <w:sdtPr>
                <w:rPr>
                  <w:rFonts w:ascii="Century Gothic" w:hAnsi="Century Gothic"/>
                  <w:sz w:val="22"/>
                </w:rPr>
                <w:id w:val="169149560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Roma</w:t>
            </w:r>
          </w:p>
        </w:tc>
      </w:tr>
      <w:tr w:rsidR="0029277F" w:rsidRPr="00A12632" w14:paraId="146BADE1" w14:textId="77777777">
        <w:tc>
          <w:tcPr>
            <w:tcW w:w="5083" w:type="dxa"/>
            <w:tcMar>
              <w:top w:w="100" w:type="dxa"/>
              <w:left w:w="120" w:type="dxa"/>
              <w:bottom w:w="100" w:type="dxa"/>
              <w:right w:w="120" w:type="dxa"/>
            </w:tcMar>
            <w:vAlign w:val="center"/>
          </w:tcPr>
          <w:p w14:paraId="78F72B1E" w14:textId="26D73045" w:rsidR="0029277F" w:rsidRPr="00A12632" w:rsidRDefault="00000000">
            <w:pPr>
              <w:spacing w:after="0" w:line="252" w:lineRule="auto"/>
              <w:rPr>
                <w:rFonts w:ascii="Century Gothic" w:hAnsi="Century Gothic"/>
                <w:sz w:val="22"/>
              </w:rPr>
            </w:pPr>
            <w:sdt>
              <w:sdtPr>
                <w:rPr>
                  <w:rFonts w:ascii="Century Gothic" w:hAnsi="Century Gothic"/>
                  <w:sz w:val="22"/>
                </w:rPr>
                <w:id w:val="-179005046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Any other White background (please describe below)</w:t>
            </w:r>
          </w:p>
        </w:tc>
        <w:tc>
          <w:tcPr>
            <w:tcW w:w="5083" w:type="dxa"/>
            <w:tcMar>
              <w:top w:w="100" w:type="dxa"/>
              <w:left w:w="120" w:type="dxa"/>
              <w:bottom w:w="100" w:type="dxa"/>
              <w:right w:w="120" w:type="dxa"/>
            </w:tcMar>
            <w:vAlign w:val="center"/>
          </w:tcPr>
          <w:p w14:paraId="3D3E2705" w14:textId="77777777" w:rsidR="0029277F" w:rsidRPr="00A12632" w:rsidRDefault="0029277F">
            <w:pPr>
              <w:spacing w:after="0" w:line="252" w:lineRule="auto"/>
              <w:rPr>
                <w:rFonts w:ascii="Century Gothic" w:hAnsi="Century Gothic"/>
                <w:sz w:val="22"/>
              </w:rPr>
            </w:pPr>
          </w:p>
        </w:tc>
      </w:tr>
    </w:tbl>
    <w:p w14:paraId="36710963" w14:textId="77777777" w:rsidR="00992D56" w:rsidRPr="00A12632" w:rsidRDefault="00992D56">
      <w:pPr>
        <w:keepNext/>
        <w:spacing w:before="80" w:after="20"/>
        <w:rPr>
          <w:rFonts w:ascii="Century Gothic" w:hAnsi="Century Gothic"/>
          <w:b/>
          <w:color w:val="6C4AA4"/>
          <w:sz w:val="22"/>
        </w:rPr>
      </w:pPr>
    </w:p>
    <w:p w14:paraId="01FA5A06" w14:textId="79BF2EBD" w:rsidR="0029277F" w:rsidRPr="00A12632" w:rsidRDefault="00000000">
      <w:pPr>
        <w:keepNext/>
        <w:spacing w:before="80" w:after="20"/>
        <w:rPr>
          <w:rFonts w:ascii="Century Gothic" w:hAnsi="Century Gothic"/>
          <w:sz w:val="22"/>
        </w:rPr>
      </w:pPr>
      <w:r w:rsidRPr="00A12632">
        <w:rPr>
          <w:rFonts w:ascii="Century Gothic" w:hAnsi="Century Gothic"/>
          <w:b/>
          <w:color w:val="6C4AA4"/>
          <w:sz w:val="22"/>
        </w:rPr>
        <w:t>Mixed or Multiple ethnic groups</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726FCAC1" w14:textId="77777777">
        <w:tc>
          <w:tcPr>
            <w:tcW w:w="5083" w:type="dxa"/>
            <w:tcMar>
              <w:top w:w="100" w:type="dxa"/>
              <w:left w:w="120" w:type="dxa"/>
              <w:bottom w:w="100" w:type="dxa"/>
              <w:right w:w="120" w:type="dxa"/>
            </w:tcMar>
            <w:vAlign w:val="center"/>
          </w:tcPr>
          <w:p w14:paraId="7C5C3E04" w14:textId="3979DACD" w:rsidR="0029277F" w:rsidRPr="00A12632" w:rsidRDefault="00000000">
            <w:pPr>
              <w:spacing w:after="0" w:line="252" w:lineRule="auto"/>
              <w:rPr>
                <w:rFonts w:ascii="Century Gothic" w:hAnsi="Century Gothic"/>
                <w:sz w:val="22"/>
              </w:rPr>
            </w:pPr>
            <w:sdt>
              <w:sdtPr>
                <w:rPr>
                  <w:rFonts w:ascii="Century Gothic" w:hAnsi="Century Gothic"/>
                  <w:sz w:val="22"/>
                </w:rPr>
                <w:id w:val="-85627000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White and Black Caribbean</w:t>
            </w:r>
          </w:p>
        </w:tc>
        <w:tc>
          <w:tcPr>
            <w:tcW w:w="5083" w:type="dxa"/>
            <w:tcMar>
              <w:top w:w="100" w:type="dxa"/>
              <w:left w:w="120" w:type="dxa"/>
              <w:bottom w:w="100" w:type="dxa"/>
              <w:right w:w="120" w:type="dxa"/>
            </w:tcMar>
            <w:vAlign w:val="center"/>
          </w:tcPr>
          <w:p w14:paraId="79C4153D" w14:textId="18080E94" w:rsidR="0029277F" w:rsidRPr="00A12632" w:rsidRDefault="00000000">
            <w:pPr>
              <w:spacing w:after="0" w:line="252" w:lineRule="auto"/>
              <w:rPr>
                <w:rFonts w:ascii="Century Gothic" w:hAnsi="Century Gothic"/>
                <w:sz w:val="22"/>
              </w:rPr>
            </w:pPr>
            <w:sdt>
              <w:sdtPr>
                <w:rPr>
                  <w:rFonts w:ascii="Century Gothic" w:hAnsi="Century Gothic"/>
                  <w:sz w:val="22"/>
                </w:rPr>
                <w:id w:val="-1991710583"/>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White and Black African</w:t>
            </w:r>
          </w:p>
        </w:tc>
      </w:tr>
      <w:tr w:rsidR="0029277F" w:rsidRPr="00A12632" w14:paraId="47F396C7" w14:textId="77777777">
        <w:tc>
          <w:tcPr>
            <w:tcW w:w="5083" w:type="dxa"/>
            <w:tcMar>
              <w:top w:w="100" w:type="dxa"/>
              <w:left w:w="120" w:type="dxa"/>
              <w:bottom w:w="100" w:type="dxa"/>
              <w:right w:w="120" w:type="dxa"/>
            </w:tcMar>
            <w:vAlign w:val="center"/>
          </w:tcPr>
          <w:p w14:paraId="45C24938" w14:textId="16EEF01B" w:rsidR="0029277F" w:rsidRPr="00A12632" w:rsidRDefault="00000000">
            <w:pPr>
              <w:spacing w:after="0" w:line="252" w:lineRule="auto"/>
              <w:rPr>
                <w:rFonts w:ascii="Century Gothic" w:hAnsi="Century Gothic"/>
                <w:sz w:val="22"/>
              </w:rPr>
            </w:pPr>
            <w:sdt>
              <w:sdtPr>
                <w:rPr>
                  <w:rFonts w:ascii="Century Gothic" w:hAnsi="Century Gothic"/>
                  <w:sz w:val="22"/>
                </w:rPr>
                <w:id w:val="190325650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White and Asian</w:t>
            </w:r>
          </w:p>
        </w:tc>
        <w:tc>
          <w:tcPr>
            <w:tcW w:w="5083" w:type="dxa"/>
            <w:tcMar>
              <w:top w:w="100" w:type="dxa"/>
              <w:left w:w="120" w:type="dxa"/>
              <w:bottom w:w="100" w:type="dxa"/>
              <w:right w:w="120" w:type="dxa"/>
            </w:tcMar>
            <w:vAlign w:val="center"/>
          </w:tcPr>
          <w:p w14:paraId="497FD3F7" w14:textId="7E4043D4" w:rsidR="0029277F" w:rsidRPr="00A12632" w:rsidRDefault="00000000">
            <w:pPr>
              <w:spacing w:after="0" w:line="252" w:lineRule="auto"/>
              <w:rPr>
                <w:rFonts w:ascii="Century Gothic" w:hAnsi="Century Gothic"/>
                <w:sz w:val="22"/>
              </w:rPr>
            </w:pPr>
            <w:sdt>
              <w:sdtPr>
                <w:rPr>
                  <w:rFonts w:ascii="Century Gothic" w:hAnsi="Century Gothic"/>
                  <w:sz w:val="22"/>
                </w:rPr>
                <w:id w:val="-10950816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Any other Mixed or Multiple ethnic background (please describe below)</w:t>
            </w:r>
          </w:p>
        </w:tc>
      </w:tr>
    </w:tbl>
    <w:p w14:paraId="79F5505E" w14:textId="77777777" w:rsidR="00992D56" w:rsidRPr="00A12632" w:rsidRDefault="00992D56">
      <w:pPr>
        <w:keepNext/>
        <w:spacing w:before="80" w:after="20"/>
        <w:rPr>
          <w:rFonts w:ascii="Century Gothic" w:hAnsi="Century Gothic"/>
          <w:b/>
          <w:color w:val="6C4AA4"/>
          <w:sz w:val="22"/>
        </w:rPr>
      </w:pPr>
    </w:p>
    <w:p w14:paraId="66EC2748" w14:textId="2981F734" w:rsidR="0029277F" w:rsidRPr="00A12632" w:rsidRDefault="00000000">
      <w:pPr>
        <w:keepNext/>
        <w:spacing w:before="80" w:after="20"/>
        <w:rPr>
          <w:rFonts w:ascii="Century Gothic" w:hAnsi="Century Gothic"/>
          <w:sz w:val="22"/>
        </w:rPr>
      </w:pPr>
      <w:r w:rsidRPr="00A12632">
        <w:rPr>
          <w:rFonts w:ascii="Century Gothic" w:hAnsi="Century Gothic"/>
          <w:b/>
          <w:color w:val="6C4AA4"/>
          <w:sz w:val="22"/>
        </w:rPr>
        <w:t>Asian or Asian British</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2E66B68F" w14:textId="77777777">
        <w:tc>
          <w:tcPr>
            <w:tcW w:w="5083" w:type="dxa"/>
            <w:tcMar>
              <w:top w:w="100" w:type="dxa"/>
              <w:left w:w="120" w:type="dxa"/>
              <w:bottom w:w="100" w:type="dxa"/>
              <w:right w:w="120" w:type="dxa"/>
            </w:tcMar>
            <w:vAlign w:val="center"/>
          </w:tcPr>
          <w:p w14:paraId="0CABF0F1" w14:textId="1CF63A87" w:rsidR="0029277F" w:rsidRPr="00A12632" w:rsidRDefault="00000000">
            <w:pPr>
              <w:spacing w:after="0" w:line="252" w:lineRule="auto"/>
              <w:rPr>
                <w:rFonts w:ascii="Century Gothic" w:hAnsi="Century Gothic"/>
                <w:sz w:val="22"/>
              </w:rPr>
            </w:pPr>
            <w:sdt>
              <w:sdtPr>
                <w:rPr>
                  <w:rFonts w:ascii="Century Gothic" w:hAnsi="Century Gothic"/>
                  <w:sz w:val="22"/>
                </w:rPr>
                <w:id w:val="-1624845387"/>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Indian</w:t>
            </w:r>
          </w:p>
        </w:tc>
        <w:tc>
          <w:tcPr>
            <w:tcW w:w="5083" w:type="dxa"/>
            <w:tcMar>
              <w:top w:w="100" w:type="dxa"/>
              <w:left w:w="120" w:type="dxa"/>
              <w:bottom w:w="100" w:type="dxa"/>
              <w:right w:w="120" w:type="dxa"/>
            </w:tcMar>
            <w:vAlign w:val="center"/>
          </w:tcPr>
          <w:p w14:paraId="3B4703B9" w14:textId="4F54DD60" w:rsidR="0029277F" w:rsidRPr="00A12632" w:rsidRDefault="00000000">
            <w:pPr>
              <w:spacing w:after="0" w:line="252" w:lineRule="auto"/>
              <w:rPr>
                <w:rFonts w:ascii="Century Gothic" w:hAnsi="Century Gothic"/>
                <w:sz w:val="22"/>
              </w:rPr>
            </w:pPr>
            <w:sdt>
              <w:sdtPr>
                <w:rPr>
                  <w:rFonts w:ascii="Century Gothic" w:hAnsi="Century Gothic"/>
                  <w:sz w:val="22"/>
                </w:rPr>
                <w:id w:val="103531198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Pakistani</w:t>
            </w:r>
          </w:p>
        </w:tc>
      </w:tr>
      <w:tr w:rsidR="0029277F" w:rsidRPr="00A12632" w14:paraId="51B43FB2" w14:textId="77777777">
        <w:tc>
          <w:tcPr>
            <w:tcW w:w="5083" w:type="dxa"/>
            <w:tcMar>
              <w:top w:w="100" w:type="dxa"/>
              <w:left w:w="120" w:type="dxa"/>
              <w:bottom w:w="100" w:type="dxa"/>
              <w:right w:w="120" w:type="dxa"/>
            </w:tcMar>
            <w:vAlign w:val="center"/>
          </w:tcPr>
          <w:p w14:paraId="35766A6F" w14:textId="29987283" w:rsidR="0029277F" w:rsidRPr="00A12632" w:rsidRDefault="00000000">
            <w:pPr>
              <w:spacing w:after="0" w:line="252" w:lineRule="auto"/>
              <w:rPr>
                <w:rFonts w:ascii="Century Gothic" w:hAnsi="Century Gothic"/>
                <w:sz w:val="22"/>
              </w:rPr>
            </w:pPr>
            <w:sdt>
              <w:sdtPr>
                <w:rPr>
                  <w:rFonts w:ascii="Century Gothic" w:hAnsi="Century Gothic"/>
                  <w:sz w:val="22"/>
                </w:rPr>
                <w:id w:val="2043396204"/>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Bangladeshi</w:t>
            </w:r>
          </w:p>
        </w:tc>
        <w:tc>
          <w:tcPr>
            <w:tcW w:w="5083" w:type="dxa"/>
            <w:tcMar>
              <w:top w:w="100" w:type="dxa"/>
              <w:left w:w="120" w:type="dxa"/>
              <w:bottom w:w="100" w:type="dxa"/>
              <w:right w:w="120" w:type="dxa"/>
            </w:tcMar>
            <w:vAlign w:val="center"/>
          </w:tcPr>
          <w:p w14:paraId="1ADE000A" w14:textId="5DAA1FE0" w:rsidR="0029277F" w:rsidRPr="00A12632" w:rsidRDefault="00000000">
            <w:pPr>
              <w:spacing w:after="0" w:line="252" w:lineRule="auto"/>
              <w:rPr>
                <w:rFonts w:ascii="Century Gothic" w:hAnsi="Century Gothic"/>
                <w:sz w:val="22"/>
              </w:rPr>
            </w:pPr>
            <w:sdt>
              <w:sdtPr>
                <w:rPr>
                  <w:rFonts w:ascii="Century Gothic" w:hAnsi="Century Gothic"/>
                  <w:sz w:val="22"/>
                </w:rPr>
                <w:id w:val="-80484318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Chinese</w:t>
            </w:r>
          </w:p>
        </w:tc>
      </w:tr>
      <w:tr w:rsidR="0029277F" w:rsidRPr="00A12632" w14:paraId="50C8BD36" w14:textId="77777777">
        <w:tc>
          <w:tcPr>
            <w:tcW w:w="5083" w:type="dxa"/>
            <w:tcMar>
              <w:top w:w="100" w:type="dxa"/>
              <w:left w:w="120" w:type="dxa"/>
              <w:bottom w:w="100" w:type="dxa"/>
              <w:right w:w="120" w:type="dxa"/>
            </w:tcMar>
            <w:vAlign w:val="center"/>
          </w:tcPr>
          <w:p w14:paraId="0AFC751F" w14:textId="0E7052D0" w:rsidR="0029277F" w:rsidRPr="00A12632" w:rsidRDefault="00000000">
            <w:pPr>
              <w:spacing w:after="0" w:line="252" w:lineRule="auto"/>
              <w:rPr>
                <w:rFonts w:ascii="Century Gothic" w:hAnsi="Century Gothic"/>
                <w:sz w:val="22"/>
              </w:rPr>
            </w:pPr>
            <w:sdt>
              <w:sdtPr>
                <w:rPr>
                  <w:rFonts w:ascii="Century Gothic" w:hAnsi="Century Gothic"/>
                  <w:sz w:val="22"/>
                </w:rPr>
                <w:id w:val="990917418"/>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Any other Asian background (please describe below)</w:t>
            </w:r>
          </w:p>
        </w:tc>
        <w:tc>
          <w:tcPr>
            <w:tcW w:w="5083" w:type="dxa"/>
            <w:tcMar>
              <w:top w:w="100" w:type="dxa"/>
              <w:left w:w="120" w:type="dxa"/>
              <w:bottom w:w="100" w:type="dxa"/>
              <w:right w:w="120" w:type="dxa"/>
            </w:tcMar>
            <w:vAlign w:val="center"/>
          </w:tcPr>
          <w:p w14:paraId="1225D77E" w14:textId="77777777" w:rsidR="0029277F" w:rsidRPr="00A12632" w:rsidRDefault="0029277F">
            <w:pPr>
              <w:spacing w:after="0" w:line="252" w:lineRule="auto"/>
              <w:rPr>
                <w:rFonts w:ascii="Century Gothic" w:hAnsi="Century Gothic"/>
                <w:sz w:val="22"/>
              </w:rPr>
            </w:pPr>
          </w:p>
        </w:tc>
      </w:tr>
    </w:tbl>
    <w:p w14:paraId="044BFA31" w14:textId="77777777" w:rsidR="00992D56" w:rsidRPr="00A12632" w:rsidRDefault="00992D56">
      <w:pPr>
        <w:keepNext/>
        <w:spacing w:before="80" w:after="20"/>
        <w:rPr>
          <w:rFonts w:ascii="Century Gothic" w:hAnsi="Century Gothic"/>
          <w:b/>
          <w:color w:val="6C4AA4"/>
          <w:sz w:val="22"/>
        </w:rPr>
      </w:pPr>
    </w:p>
    <w:p w14:paraId="400FA28C" w14:textId="5319151E" w:rsidR="0029277F" w:rsidRPr="00A12632" w:rsidRDefault="00000000">
      <w:pPr>
        <w:keepNext/>
        <w:spacing w:before="80" w:after="20"/>
        <w:rPr>
          <w:rFonts w:ascii="Century Gothic" w:hAnsi="Century Gothic"/>
          <w:sz w:val="22"/>
        </w:rPr>
      </w:pPr>
      <w:r w:rsidRPr="00A12632">
        <w:rPr>
          <w:rFonts w:ascii="Century Gothic" w:hAnsi="Century Gothic"/>
          <w:b/>
          <w:color w:val="6C4AA4"/>
          <w:sz w:val="22"/>
        </w:rPr>
        <w:t>Black, Black British, Caribbean or African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75C77DC8" w14:textId="77777777">
        <w:tc>
          <w:tcPr>
            <w:tcW w:w="5083" w:type="dxa"/>
            <w:tcMar>
              <w:top w:w="100" w:type="dxa"/>
              <w:left w:w="120" w:type="dxa"/>
              <w:bottom w:w="100" w:type="dxa"/>
              <w:right w:w="120" w:type="dxa"/>
            </w:tcMar>
            <w:vAlign w:val="center"/>
          </w:tcPr>
          <w:p w14:paraId="32DBBE36" w14:textId="5C441943" w:rsidR="0029277F" w:rsidRPr="00A12632" w:rsidRDefault="00000000">
            <w:pPr>
              <w:spacing w:after="0" w:line="252" w:lineRule="auto"/>
              <w:rPr>
                <w:rFonts w:ascii="Century Gothic" w:hAnsi="Century Gothic"/>
                <w:sz w:val="22"/>
              </w:rPr>
            </w:pPr>
            <w:sdt>
              <w:sdtPr>
                <w:rPr>
                  <w:rFonts w:ascii="Century Gothic" w:hAnsi="Century Gothic"/>
                  <w:sz w:val="22"/>
                </w:rPr>
                <w:id w:val="40550107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Caribbean</w:t>
            </w:r>
          </w:p>
        </w:tc>
        <w:tc>
          <w:tcPr>
            <w:tcW w:w="5083" w:type="dxa"/>
            <w:tcMar>
              <w:top w:w="100" w:type="dxa"/>
              <w:left w:w="120" w:type="dxa"/>
              <w:bottom w:w="100" w:type="dxa"/>
              <w:right w:w="120" w:type="dxa"/>
            </w:tcMar>
            <w:vAlign w:val="center"/>
          </w:tcPr>
          <w:p w14:paraId="331CDFEE" w14:textId="772346B5" w:rsidR="0029277F" w:rsidRPr="00A12632" w:rsidRDefault="00000000">
            <w:pPr>
              <w:spacing w:after="0" w:line="252" w:lineRule="auto"/>
              <w:rPr>
                <w:rFonts w:ascii="Century Gothic" w:hAnsi="Century Gothic"/>
                <w:sz w:val="22"/>
              </w:rPr>
            </w:pPr>
            <w:sdt>
              <w:sdtPr>
                <w:rPr>
                  <w:rFonts w:ascii="Century Gothic" w:hAnsi="Century Gothic"/>
                  <w:sz w:val="22"/>
                </w:rPr>
                <w:id w:val="1783457203"/>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African</w:t>
            </w:r>
          </w:p>
        </w:tc>
      </w:tr>
      <w:tr w:rsidR="0029277F" w:rsidRPr="00A12632" w14:paraId="02651E3B" w14:textId="77777777">
        <w:tc>
          <w:tcPr>
            <w:tcW w:w="5083" w:type="dxa"/>
            <w:tcMar>
              <w:top w:w="100" w:type="dxa"/>
              <w:left w:w="120" w:type="dxa"/>
              <w:bottom w:w="100" w:type="dxa"/>
              <w:right w:w="120" w:type="dxa"/>
            </w:tcMar>
            <w:vAlign w:val="center"/>
          </w:tcPr>
          <w:p w14:paraId="01315713" w14:textId="7AC2755D" w:rsidR="0029277F" w:rsidRPr="00A12632" w:rsidRDefault="00000000">
            <w:pPr>
              <w:spacing w:after="0" w:line="252" w:lineRule="auto"/>
              <w:rPr>
                <w:rFonts w:ascii="Century Gothic" w:hAnsi="Century Gothic"/>
                <w:sz w:val="22"/>
              </w:rPr>
            </w:pPr>
            <w:sdt>
              <w:sdtPr>
                <w:rPr>
                  <w:rFonts w:ascii="Century Gothic" w:hAnsi="Century Gothic"/>
                  <w:sz w:val="22"/>
                </w:rPr>
                <w:id w:val="69773621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Any other Black, Black British or Caribbean background (please describe below)</w:t>
            </w:r>
          </w:p>
        </w:tc>
        <w:tc>
          <w:tcPr>
            <w:tcW w:w="5083" w:type="dxa"/>
            <w:tcMar>
              <w:top w:w="100" w:type="dxa"/>
              <w:left w:w="120" w:type="dxa"/>
              <w:bottom w:w="100" w:type="dxa"/>
              <w:right w:w="120" w:type="dxa"/>
            </w:tcMar>
            <w:vAlign w:val="center"/>
          </w:tcPr>
          <w:p w14:paraId="5CE6194A" w14:textId="77777777" w:rsidR="0029277F" w:rsidRPr="00A12632" w:rsidRDefault="0029277F">
            <w:pPr>
              <w:spacing w:after="0" w:line="252" w:lineRule="auto"/>
              <w:rPr>
                <w:rFonts w:ascii="Century Gothic" w:hAnsi="Century Gothic"/>
                <w:sz w:val="22"/>
              </w:rPr>
            </w:pPr>
          </w:p>
        </w:tc>
      </w:tr>
    </w:tbl>
    <w:p w14:paraId="6785A69C" w14:textId="77777777" w:rsidR="00992D56" w:rsidRPr="00A12632" w:rsidRDefault="00992D56">
      <w:pPr>
        <w:keepNext/>
        <w:spacing w:before="80" w:after="20"/>
        <w:rPr>
          <w:rFonts w:ascii="Century Gothic" w:hAnsi="Century Gothic"/>
          <w:b/>
          <w:color w:val="6C4AA4"/>
          <w:sz w:val="22"/>
        </w:rPr>
      </w:pPr>
    </w:p>
    <w:p w14:paraId="7C455D0D" w14:textId="71C9D88E" w:rsidR="0029277F" w:rsidRPr="00A12632" w:rsidRDefault="00000000">
      <w:pPr>
        <w:keepNext/>
        <w:spacing w:before="80" w:after="20"/>
        <w:rPr>
          <w:rFonts w:ascii="Century Gothic" w:hAnsi="Century Gothic"/>
          <w:sz w:val="22"/>
        </w:rPr>
      </w:pPr>
      <w:proofErr w:type="gramStart"/>
      <w:r w:rsidRPr="00A12632">
        <w:rPr>
          <w:rFonts w:ascii="Century Gothic" w:hAnsi="Century Gothic"/>
          <w:b/>
          <w:color w:val="6C4AA4"/>
          <w:sz w:val="22"/>
        </w:rPr>
        <w:t>Other</w:t>
      </w:r>
      <w:proofErr w:type="gramEnd"/>
      <w:r w:rsidRPr="00A12632">
        <w:rPr>
          <w:rFonts w:ascii="Century Gothic" w:hAnsi="Century Gothic"/>
          <w:b/>
          <w:color w:val="6C4AA4"/>
          <w:sz w:val="22"/>
        </w:rPr>
        <w:t xml:space="preserve"> ethnic group</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193CEAB8" w14:textId="77777777">
        <w:tc>
          <w:tcPr>
            <w:tcW w:w="5083" w:type="dxa"/>
            <w:tcMar>
              <w:top w:w="100" w:type="dxa"/>
              <w:left w:w="120" w:type="dxa"/>
              <w:bottom w:w="100" w:type="dxa"/>
              <w:right w:w="120" w:type="dxa"/>
            </w:tcMar>
            <w:vAlign w:val="center"/>
          </w:tcPr>
          <w:p w14:paraId="0C0FAE98" w14:textId="1002E7B2" w:rsidR="0029277F" w:rsidRPr="00A12632" w:rsidRDefault="00000000">
            <w:pPr>
              <w:spacing w:after="0" w:line="252" w:lineRule="auto"/>
              <w:rPr>
                <w:rFonts w:ascii="Century Gothic" w:hAnsi="Century Gothic"/>
                <w:sz w:val="22"/>
              </w:rPr>
            </w:pPr>
            <w:sdt>
              <w:sdtPr>
                <w:rPr>
                  <w:rFonts w:ascii="Century Gothic" w:hAnsi="Century Gothic"/>
                  <w:sz w:val="22"/>
                </w:rPr>
                <w:id w:val="-131024344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Arab</w:t>
            </w:r>
          </w:p>
        </w:tc>
        <w:tc>
          <w:tcPr>
            <w:tcW w:w="5083" w:type="dxa"/>
            <w:tcMar>
              <w:top w:w="100" w:type="dxa"/>
              <w:left w:w="120" w:type="dxa"/>
              <w:bottom w:w="100" w:type="dxa"/>
              <w:right w:w="120" w:type="dxa"/>
            </w:tcMar>
            <w:vAlign w:val="center"/>
          </w:tcPr>
          <w:p w14:paraId="50A9B2CB" w14:textId="29677648" w:rsidR="0029277F" w:rsidRPr="00A12632" w:rsidRDefault="00000000">
            <w:pPr>
              <w:spacing w:after="0" w:line="252" w:lineRule="auto"/>
              <w:rPr>
                <w:rFonts w:ascii="Century Gothic" w:hAnsi="Century Gothic"/>
                <w:sz w:val="22"/>
              </w:rPr>
            </w:pPr>
            <w:sdt>
              <w:sdtPr>
                <w:rPr>
                  <w:rFonts w:ascii="Century Gothic" w:hAnsi="Century Gothic"/>
                  <w:sz w:val="22"/>
                </w:rPr>
                <w:id w:val="-1985146512"/>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Any other ethnic group (please describe below)</w:t>
            </w:r>
          </w:p>
        </w:tc>
      </w:tr>
      <w:tr w:rsidR="0029277F" w:rsidRPr="00A12632" w14:paraId="529784C1" w14:textId="77777777">
        <w:tc>
          <w:tcPr>
            <w:tcW w:w="10166" w:type="dxa"/>
            <w:gridSpan w:val="2"/>
            <w:tcMar>
              <w:top w:w="100" w:type="dxa"/>
              <w:left w:w="120" w:type="dxa"/>
              <w:bottom w:w="100" w:type="dxa"/>
              <w:right w:w="120" w:type="dxa"/>
            </w:tcMar>
            <w:vAlign w:val="center"/>
          </w:tcPr>
          <w:p w14:paraId="51054792" w14:textId="06B42324" w:rsidR="0029277F" w:rsidRPr="00A12632" w:rsidRDefault="00000000">
            <w:pPr>
              <w:spacing w:after="0" w:line="252" w:lineRule="auto"/>
              <w:rPr>
                <w:rFonts w:ascii="Century Gothic" w:hAnsi="Century Gothic"/>
                <w:sz w:val="22"/>
              </w:rPr>
            </w:pPr>
            <w:sdt>
              <w:sdtPr>
                <w:rPr>
                  <w:rFonts w:ascii="Century Gothic" w:hAnsi="Century Gothic"/>
                  <w:sz w:val="22"/>
                </w:rPr>
                <w:id w:val="-189565342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r>
    </w:tbl>
    <w:p w14:paraId="29BE2916" w14:textId="77777777" w:rsidR="00992D56" w:rsidRPr="00A12632" w:rsidRDefault="00992D56">
      <w:pPr>
        <w:spacing w:before="60" w:after="80"/>
        <w:rPr>
          <w:rFonts w:ascii="Century Gothic" w:hAnsi="Century Gothic"/>
          <w:b/>
          <w:sz w:val="22"/>
        </w:rPr>
      </w:pPr>
    </w:p>
    <w:p w14:paraId="19CCBC5A" w14:textId="2253E123" w:rsidR="0029277F" w:rsidRPr="00A12632" w:rsidRDefault="00000000">
      <w:pPr>
        <w:spacing w:before="60" w:after="80"/>
        <w:rPr>
          <w:rFonts w:ascii="Century Gothic" w:hAnsi="Century Gothic"/>
          <w:sz w:val="22"/>
        </w:rPr>
      </w:pPr>
      <w:r w:rsidRPr="00A12632">
        <w:rPr>
          <w:rFonts w:ascii="Century Gothic" w:hAnsi="Century Gothic"/>
          <w:b/>
          <w:sz w:val="22"/>
        </w:rPr>
        <w:t xml:space="preserve">If you selected an ‘Any other’ option, you may describe it here:  </w:t>
      </w:r>
    </w:p>
    <w:p w14:paraId="5E62932C" w14:textId="77777777" w:rsidR="0029277F" w:rsidRPr="00A12632" w:rsidRDefault="00000000">
      <w:pPr>
        <w:rPr>
          <w:rFonts w:ascii="Century Gothic" w:hAnsi="Century Gothic"/>
          <w:sz w:val="22"/>
        </w:rPr>
      </w:pPr>
      <w:r w:rsidRPr="00A12632">
        <w:rPr>
          <w:rFonts w:ascii="Century Gothic" w:hAnsi="Century Gothic"/>
          <w:sz w:val="22"/>
        </w:rPr>
        <w:br w:type="page"/>
      </w:r>
    </w:p>
    <w:tbl>
      <w:tblPr>
        <w:tblW w:w="0" w:type="auto"/>
        <w:jc w:val="center"/>
        <w:tblLayout w:type="fixed"/>
        <w:tblLook w:val="04A0" w:firstRow="1" w:lastRow="0" w:firstColumn="1" w:lastColumn="0" w:noHBand="0" w:noVBand="1"/>
      </w:tblPr>
      <w:tblGrid>
        <w:gridCol w:w="5083"/>
        <w:gridCol w:w="5083"/>
      </w:tblGrid>
      <w:tr w:rsidR="0029277F" w:rsidRPr="00A12632" w14:paraId="7BE436B5" w14:textId="77777777" w:rsidTr="001F75E4">
        <w:trPr>
          <w:trHeight w:val="387"/>
          <w:jc w:val="center"/>
        </w:trPr>
        <w:tc>
          <w:tcPr>
            <w:tcW w:w="5083" w:type="dxa"/>
            <w:shd w:val="clear" w:color="auto" w:fill="F36A21"/>
            <w:tcMar>
              <w:top w:w="100" w:type="dxa"/>
              <w:left w:w="120" w:type="dxa"/>
              <w:bottom w:w="100" w:type="dxa"/>
              <w:right w:w="120" w:type="dxa"/>
            </w:tcMar>
            <w:vAlign w:val="center"/>
          </w:tcPr>
          <w:p w14:paraId="06B4EDF5" w14:textId="77777777" w:rsidR="0029277F" w:rsidRPr="00A12632" w:rsidRDefault="00000000">
            <w:pPr>
              <w:spacing w:after="0" w:line="252" w:lineRule="auto"/>
              <w:jc w:val="center"/>
              <w:rPr>
                <w:rFonts w:ascii="Century Gothic" w:hAnsi="Century Gothic"/>
                <w:sz w:val="22"/>
              </w:rPr>
            </w:pPr>
            <w:r w:rsidRPr="00A12632">
              <w:rPr>
                <w:rFonts w:ascii="Century Gothic" w:hAnsi="Century Gothic"/>
                <w:b/>
                <w:color w:val="FFFFFF"/>
                <w:sz w:val="22"/>
              </w:rPr>
              <w:lastRenderedPageBreak/>
              <w:t>3</w:t>
            </w:r>
          </w:p>
        </w:tc>
        <w:tc>
          <w:tcPr>
            <w:tcW w:w="5083" w:type="dxa"/>
            <w:shd w:val="clear" w:color="auto" w:fill="6C4AA4"/>
            <w:tcMar>
              <w:top w:w="100" w:type="dxa"/>
              <w:left w:w="120" w:type="dxa"/>
              <w:bottom w:w="100" w:type="dxa"/>
              <w:right w:w="120" w:type="dxa"/>
            </w:tcMar>
            <w:vAlign w:val="center"/>
          </w:tcPr>
          <w:p w14:paraId="661983DA"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SEX, GENDER IDENTITY, TRANS STATUS AND SEXUAL ORIENTATION</w:t>
            </w:r>
          </w:p>
        </w:tc>
      </w:tr>
    </w:tbl>
    <w:p w14:paraId="7D13A8E6" w14:textId="77777777" w:rsidR="0029277F" w:rsidRPr="00A12632" w:rsidRDefault="00000000">
      <w:pPr>
        <w:keepNext/>
        <w:spacing w:before="100"/>
        <w:rPr>
          <w:rFonts w:ascii="Century Gothic" w:hAnsi="Century Gothic"/>
          <w:sz w:val="22"/>
        </w:rPr>
      </w:pPr>
      <w:r w:rsidRPr="00A12632">
        <w:rPr>
          <w:rFonts w:ascii="Century Gothic" w:hAnsi="Century Gothic"/>
          <w:b/>
          <w:color w:val="6C4AA4"/>
          <w:sz w:val="22"/>
        </w:rPr>
        <w:t>Sex</w:t>
      </w:r>
    </w:p>
    <w:p w14:paraId="7643762A" w14:textId="77777777" w:rsidR="0029277F" w:rsidRPr="00A12632" w:rsidRDefault="00000000">
      <w:pPr>
        <w:spacing w:after="40"/>
        <w:rPr>
          <w:rFonts w:ascii="Century Gothic" w:hAnsi="Century Gothic"/>
          <w:sz w:val="22"/>
        </w:rPr>
      </w:pPr>
      <w:r w:rsidRPr="00A12632">
        <w:rPr>
          <w:rFonts w:ascii="Century Gothic" w:hAnsi="Century Gothic"/>
          <w:b/>
          <w:sz w:val="22"/>
        </w:rPr>
        <w:t>What is your sex?</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0E557A33" w14:textId="77777777">
        <w:tc>
          <w:tcPr>
            <w:tcW w:w="5083" w:type="dxa"/>
            <w:tcMar>
              <w:top w:w="100" w:type="dxa"/>
              <w:left w:w="120" w:type="dxa"/>
              <w:bottom w:w="100" w:type="dxa"/>
              <w:right w:w="120" w:type="dxa"/>
            </w:tcMar>
            <w:vAlign w:val="center"/>
          </w:tcPr>
          <w:p w14:paraId="151917C8" w14:textId="082DAA78" w:rsidR="0029277F" w:rsidRPr="00A12632" w:rsidRDefault="00000000">
            <w:pPr>
              <w:spacing w:after="0" w:line="252" w:lineRule="auto"/>
              <w:rPr>
                <w:rFonts w:ascii="Century Gothic" w:hAnsi="Century Gothic"/>
                <w:sz w:val="22"/>
              </w:rPr>
            </w:pPr>
            <w:sdt>
              <w:sdtPr>
                <w:rPr>
                  <w:rFonts w:ascii="Century Gothic" w:hAnsi="Century Gothic"/>
                  <w:sz w:val="22"/>
                </w:rPr>
                <w:id w:val="-114804476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Female</w:t>
            </w:r>
          </w:p>
        </w:tc>
        <w:tc>
          <w:tcPr>
            <w:tcW w:w="5083" w:type="dxa"/>
            <w:tcMar>
              <w:top w:w="100" w:type="dxa"/>
              <w:left w:w="120" w:type="dxa"/>
              <w:bottom w:w="100" w:type="dxa"/>
              <w:right w:w="120" w:type="dxa"/>
            </w:tcMar>
            <w:vAlign w:val="center"/>
          </w:tcPr>
          <w:p w14:paraId="7EB20422" w14:textId="3B348017" w:rsidR="0029277F" w:rsidRPr="00A12632" w:rsidRDefault="00000000">
            <w:pPr>
              <w:spacing w:after="0" w:line="252" w:lineRule="auto"/>
              <w:rPr>
                <w:rFonts w:ascii="Century Gothic" w:hAnsi="Century Gothic"/>
                <w:sz w:val="22"/>
              </w:rPr>
            </w:pPr>
            <w:sdt>
              <w:sdtPr>
                <w:rPr>
                  <w:rFonts w:ascii="Century Gothic" w:hAnsi="Century Gothic"/>
                  <w:sz w:val="22"/>
                </w:rPr>
                <w:id w:val="-184978332"/>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Male</w:t>
            </w:r>
          </w:p>
        </w:tc>
      </w:tr>
      <w:tr w:rsidR="0029277F" w:rsidRPr="00A12632" w14:paraId="2935FC7B" w14:textId="77777777">
        <w:tc>
          <w:tcPr>
            <w:tcW w:w="5083" w:type="dxa"/>
            <w:tcMar>
              <w:top w:w="100" w:type="dxa"/>
              <w:left w:w="120" w:type="dxa"/>
              <w:bottom w:w="100" w:type="dxa"/>
              <w:right w:w="120" w:type="dxa"/>
            </w:tcMar>
            <w:vAlign w:val="center"/>
          </w:tcPr>
          <w:p w14:paraId="003DB519" w14:textId="3D2D4FF4" w:rsidR="0029277F" w:rsidRPr="00A12632" w:rsidRDefault="00000000">
            <w:pPr>
              <w:spacing w:after="0" w:line="252" w:lineRule="auto"/>
              <w:rPr>
                <w:rFonts w:ascii="Century Gothic" w:hAnsi="Century Gothic"/>
                <w:sz w:val="22"/>
              </w:rPr>
            </w:pPr>
            <w:sdt>
              <w:sdtPr>
                <w:rPr>
                  <w:rFonts w:ascii="Century Gothic" w:hAnsi="Century Gothic"/>
                  <w:sz w:val="22"/>
                </w:rPr>
                <w:id w:val="-319192577"/>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c>
          <w:tcPr>
            <w:tcW w:w="5083" w:type="dxa"/>
            <w:tcMar>
              <w:top w:w="100" w:type="dxa"/>
              <w:left w:w="120" w:type="dxa"/>
              <w:bottom w:w="100" w:type="dxa"/>
              <w:right w:w="120" w:type="dxa"/>
            </w:tcMar>
            <w:vAlign w:val="center"/>
          </w:tcPr>
          <w:p w14:paraId="5A5926E5" w14:textId="77777777" w:rsidR="0029277F" w:rsidRPr="00A12632" w:rsidRDefault="0029277F">
            <w:pPr>
              <w:spacing w:after="0" w:line="252" w:lineRule="auto"/>
              <w:rPr>
                <w:rFonts w:ascii="Century Gothic" w:hAnsi="Century Gothic"/>
                <w:sz w:val="22"/>
              </w:rPr>
            </w:pPr>
          </w:p>
        </w:tc>
      </w:tr>
    </w:tbl>
    <w:p w14:paraId="0F2AA75A" w14:textId="77777777" w:rsidR="00A12632" w:rsidRDefault="00A12632">
      <w:pPr>
        <w:keepNext/>
        <w:spacing w:before="100"/>
        <w:rPr>
          <w:rFonts w:ascii="Century Gothic" w:hAnsi="Century Gothic"/>
          <w:b/>
          <w:color w:val="6C4AA4"/>
          <w:sz w:val="22"/>
        </w:rPr>
      </w:pPr>
    </w:p>
    <w:p w14:paraId="1723C205" w14:textId="586AAAE3" w:rsidR="0029277F" w:rsidRPr="00A12632" w:rsidRDefault="00000000">
      <w:pPr>
        <w:keepNext/>
        <w:spacing w:before="100"/>
        <w:rPr>
          <w:rFonts w:ascii="Century Gothic" w:hAnsi="Century Gothic"/>
          <w:sz w:val="22"/>
        </w:rPr>
      </w:pPr>
      <w:r w:rsidRPr="00A12632">
        <w:rPr>
          <w:rFonts w:ascii="Century Gothic" w:hAnsi="Century Gothic"/>
          <w:b/>
          <w:color w:val="6C4AA4"/>
          <w:sz w:val="22"/>
        </w:rPr>
        <w:t>Gender identity</w:t>
      </w:r>
    </w:p>
    <w:p w14:paraId="51D6EA4B" w14:textId="77777777" w:rsidR="0029277F" w:rsidRPr="00A12632" w:rsidRDefault="00000000">
      <w:pPr>
        <w:spacing w:after="40"/>
        <w:rPr>
          <w:rFonts w:ascii="Century Gothic" w:hAnsi="Century Gothic"/>
          <w:sz w:val="22"/>
        </w:rPr>
      </w:pPr>
      <w:r w:rsidRPr="00A12632">
        <w:rPr>
          <w:rFonts w:ascii="Century Gothic" w:hAnsi="Century Gothic"/>
          <w:b/>
          <w:sz w:val="22"/>
        </w:rPr>
        <w:t>Which of the following best describes how you think of yourself?</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6DA6EDF4" w14:textId="77777777">
        <w:tc>
          <w:tcPr>
            <w:tcW w:w="5083" w:type="dxa"/>
            <w:tcMar>
              <w:top w:w="100" w:type="dxa"/>
              <w:left w:w="120" w:type="dxa"/>
              <w:bottom w:w="100" w:type="dxa"/>
              <w:right w:w="120" w:type="dxa"/>
            </w:tcMar>
            <w:vAlign w:val="center"/>
          </w:tcPr>
          <w:p w14:paraId="3CE72D17" w14:textId="4733A35B" w:rsidR="0029277F" w:rsidRPr="00A12632" w:rsidRDefault="00000000">
            <w:pPr>
              <w:spacing w:after="0" w:line="252" w:lineRule="auto"/>
              <w:rPr>
                <w:rFonts w:ascii="Century Gothic" w:hAnsi="Century Gothic"/>
                <w:sz w:val="22"/>
              </w:rPr>
            </w:pPr>
            <w:sdt>
              <w:sdtPr>
                <w:rPr>
                  <w:rFonts w:ascii="Century Gothic" w:hAnsi="Century Gothic"/>
                  <w:sz w:val="22"/>
                </w:rPr>
                <w:id w:val="109389874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Woman (including trans woman)</w:t>
            </w:r>
          </w:p>
        </w:tc>
        <w:tc>
          <w:tcPr>
            <w:tcW w:w="5083" w:type="dxa"/>
            <w:tcMar>
              <w:top w:w="100" w:type="dxa"/>
              <w:left w:w="120" w:type="dxa"/>
              <w:bottom w:w="100" w:type="dxa"/>
              <w:right w:w="120" w:type="dxa"/>
            </w:tcMar>
            <w:vAlign w:val="center"/>
          </w:tcPr>
          <w:p w14:paraId="0BB9B023" w14:textId="73838483" w:rsidR="0029277F" w:rsidRPr="00A12632" w:rsidRDefault="00000000">
            <w:pPr>
              <w:spacing w:after="0" w:line="252" w:lineRule="auto"/>
              <w:rPr>
                <w:rFonts w:ascii="Century Gothic" w:hAnsi="Century Gothic"/>
                <w:sz w:val="22"/>
              </w:rPr>
            </w:pPr>
            <w:sdt>
              <w:sdtPr>
                <w:rPr>
                  <w:rFonts w:ascii="Century Gothic" w:hAnsi="Century Gothic"/>
                  <w:sz w:val="22"/>
                </w:rPr>
                <w:id w:val="-1708246344"/>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Man (including trans man)</w:t>
            </w:r>
          </w:p>
        </w:tc>
      </w:tr>
      <w:tr w:rsidR="0029277F" w:rsidRPr="00A12632" w14:paraId="1B58FE44" w14:textId="77777777">
        <w:tc>
          <w:tcPr>
            <w:tcW w:w="5083" w:type="dxa"/>
            <w:tcMar>
              <w:top w:w="100" w:type="dxa"/>
              <w:left w:w="120" w:type="dxa"/>
              <w:bottom w:w="100" w:type="dxa"/>
              <w:right w:w="120" w:type="dxa"/>
            </w:tcMar>
            <w:vAlign w:val="center"/>
          </w:tcPr>
          <w:p w14:paraId="38038F2B" w14:textId="745293FF" w:rsidR="0029277F" w:rsidRPr="00A12632" w:rsidRDefault="00000000">
            <w:pPr>
              <w:spacing w:after="0" w:line="252" w:lineRule="auto"/>
              <w:rPr>
                <w:rFonts w:ascii="Century Gothic" w:hAnsi="Century Gothic"/>
                <w:sz w:val="22"/>
              </w:rPr>
            </w:pPr>
            <w:sdt>
              <w:sdtPr>
                <w:rPr>
                  <w:rFonts w:ascii="Century Gothic" w:hAnsi="Century Gothic"/>
                  <w:sz w:val="22"/>
                </w:rPr>
                <w:id w:val="163629421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Non-binary</w:t>
            </w:r>
          </w:p>
        </w:tc>
        <w:tc>
          <w:tcPr>
            <w:tcW w:w="5083" w:type="dxa"/>
            <w:tcMar>
              <w:top w:w="100" w:type="dxa"/>
              <w:left w:w="120" w:type="dxa"/>
              <w:bottom w:w="100" w:type="dxa"/>
              <w:right w:w="120" w:type="dxa"/>
            </w:tcMar>
            <w:vAlign w:val="center"/>
          </w:tcPr>
          <w:p w14:paraId="7B984341" w14:textId="6D76CA57" w:rsidR="0029277F" w:rsidRPr="00A12632" w:rsidRDefault="00000000">
            <w:pPr>
              <w:spacing w:after="0" w:line="252" w:lineRule="auto"/>
              <w:rPr>
                <w:rFonts w:ascii="Century Gothic" w:hAnsi="Century Gothic"/>
                <w:sz w:val="22"/>
              </w:rPr>
            </w:pPr>
            <w:sdt>
              <w:sdtPr>
                <w:rPr>
                  <w:rFonts w:ascii="Century Gothic" w:hAnsi="Century Gothic"/>
                  <w:sz w:val="22"/>
                </w:rPr>
                <w:id w:val="-2095853462"/>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In another way (please describe below)</w:t>
            </w:r>
          </w:p>
        </w:tc>
      </w:tr>
      <w:tr w:rsidR="0029277F" w:rsidRPr="00A12632" w14:paraId="6743726E" w14:textId="77777777">
        <w:tc>
          <w:tcPr>
            <w:tcW w:w="5083" w:type="dxa"/>
            <w:tcMar>
              <w:top w:w="100" w:type="dxa"/>
              <w:left w:w="120" w:type="dxa"/>
              <w:bottom w:w="100" w:type="dxa"/>
              <w:right w:w="120" w:type="dxa"/>
            </w:tcMar>
            <w:vAlign w:val="center"/>
          </w:tcPr>
          <w:p w14:paraId="401F2EAD" w14:textId="119CA262" w:rsidR="0029277F" w:rsidRPr="00A12632" w:rsidRDefault="00000000">
            <w:pPr>
              <w:spacing w:after="0" w:line="252" w:lineRule="auto"/>
              <w:rPr>
                <w:rFonts w:ascii="Century Gothic" w:hAnsi="Century Gothic"/>
                <w:sz w:val="22"/>
              </w:rPr>
            </w:pPr>
            <w:sdt>
              <w:sdtPr>
                <w:rPr>
                  <w:rFonts w:ascii="Century Gothic" w:hAnsi="Century Gothic"/>
                  <w:sz w:val="22"/>
                </w:rPr>
                <w:id w:val="153762593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c>
          <w:tcPr>
            <w:tcW w:w="5083" w:type="dxa"/>
            <w:tcMar>
              <w:top w:w="100" w:type="dxa"/>
              <w:left w:w="120" w:type="dxa"/>
              <w:bottom w:w="100" w:type="dxa"/>
              <w:right w:w="120" w:type="dxa"/>
            </w:tcMar>
            <w:vAlign w:val="center"/>
          </w:tcPr>
          <w:p w14:paraId="074E70A1" w14:textId="77777777" w:rsidR="0029277F" w:rsidRPr="00A12632" w:rsidRDefault="0029277F">
            <w:pPr>
              <w:spacing w:after="0" w:line="252" w:lineRule="auto"/>
              <w:rPr>
                <w:rFonts w:ascii="Century Gothic" w:hAnsi="Century Gothic"/>
                <w:sz w:val="22"/>
              </w:rPr>
            </w:pPr>
          </w:p>
        </w:tc>
      </w:tr>
    </w:tbl>
    <w:p w14:paraId="2B344CB6" w14:textId="77777777" w:rsidR="00992D56" w:rsidRPr="00A12632" w:rsidRDefault="00992D56">
      <w:pPr>
        <w:spacing w:before="60" w:after="80"/>
        <w:rPr>
          <w:rFonts w:ascii="Century Gothic" w:hAnsi="Century Gothic"/>
          <w:b/>
          <w:sz w:val="22"/>
        </w:rPr>
      </w:pPr>
    </w:p>
    <w:p w14:paraId="321B771B" w14:textId="77777777" w:rsidR="00A12632" w:rsidRDefault="00000000" w:rsidP="00A12632">
      <w:pPr>
        <w:spacing w:before="60" w:after="80"/>
        <w:rPr>
          <w:rFonts w:ascii="Century Gothic" w:hAnsi="Century Gothic"/>
          <w:b/>
          <w:sz w:val="22"/>
        </w:rPr>
      </w:pPr>
      <w:r w:rsidRPr="00A12632">
        <w:rPr>
          <w:rFonts w:ascii="Century Gothic" w:hAnsi="Century Gothic"/>
          <w:b/>
          <w:sz w:val="22"/>
        </w:rPr>
        <w:t xml:space="preserve">If you selected ‘In another way’, you may describe your gender identity:  </w:t>
      </w:r>
    </w:p>
    <w:p w14:paraId="55C9FEFB" w14:textId="77777777" w:rsidR="00A12632" w:rsidRDefault="00A12632" w:rsidP="00A12632">
      <w:pPr>
        <w:spacing w:before="60" w:after="80"/>
        <w:rPr>
          <w:rFonts w:ascii="Century Gothic" w:hAnsi="Century Gothic"/>
          <w:b/>
          <w:sz w:val="22"/>
        </w:rPr>
      </w:pPr>
    </w:p>
    <w:p w14:paraId="3E30BA65" w14:textId="62B50692" w:rsidR="0029277F" w:rsidRPr="00A12632" w:rsidRDefault="00000000" w:rsidP="00A12632">
      <w:pPr>
        <w:spacing w:before="60" w:after="80"/>
        <w:rPr>
          <w:rFonts w:ascii="Century Gothic" w:hAnsi="Century Gothic"/>
          <w:sz w:val="22"/>
        </w:rPr>
      </w:pPr>
      <w:r w:rsidRPr="00A12632">
        <w:rPr>
          <w:rFonts w:ascii="Century Gothic" w:hAnsi="Century Gothic"/>
          <w:b/>
          <w:color w:val="6C4AA4"/>
          <w:sz w:val="22"/>
        </w:rPr>
        <w:t>Trans status</w:t>
      </w:r>
    </w:p>
    <w:p w14:paraId="6E6B77F9" w14:textId="77777777" w:rsidR="0029277F" w:rsidRPr="00A12632" w:rsidRDefault="00000000">
      <w:pPr>
        <w:spacing w:after="40"/>
        <w:rPr>
          <w:rFonts w:ascii="Century Gothic" w:hAnsi="Century Gothic"/>
          <w:sz w:val="22"/>
        </w:rPr>
      </w:pPr>
      <w:r w:rsidRPr="00A12632">
        <w:rPr>
          <w:rFonts w:ascii="Century Gothic" w:hAnsi="Century Gothic"/>
          <w:b/>
          <w:sz w:val="22"/>
        </w:rPr>
        <w:t>Is your gender identity the same as your sex registered at birth?</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7F01D717" w14:textId="77777777">
        <w:tc>
          <w:tcPr>
            <w:tcW w:w="5083" w:type="dxa"/>
            <w:tcMar>
              <w:top w:w="100" w:type="dxa"/>
              <w:left w:w="120" w:type="dxa"/>
              <w:bottom w:w="100" w:type="dxa"/>
              <w:right w:w="120" w:type="dxa"/>
            </w:tcMar>
            <w:vAlign w:val="center"/>
          </w:tcPr>
          <w:p w14:paraId="2BE69002" w14:textId="285183E3" w:rsidR="0029277F" w:rsidRPr="00A12632" w:rsidRDefault="00000000">
            <w:pPr>
              <w:spacing w:after="0" w:line="252" w:lineRule="auto"/>
              <w:rPr>
                <w:rFonts w:ascii="Century Gothic" w:hAnsi="Century Gothic"/>
                <w:sz w:val="22"/>
              </w:rPr>
            </w:pPr>
            <w:sdt>
              <w:sdtPr>
                <w:rPr>
                  <w:rFonts w:ascii="Century Gothic" w:hAnsi="Century Gothic"/>
                  <w:sz w:val="22"/>
                </w:rPr>
                <w:id w:val="127505458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Yes</w:t>
            </w:r>
          </w:p>
        </w:tc>
        <w:tc>
          <w:tcPr>
            <w:tcW w:w="5083" w:type="dxa"/>
            <w:tcMar>
              <w:top w:w="100" w:type="dxa"/>
              <w:left w:w="120" w:type="dxa"/>
              <w:bottom w:w="100" w:type="dxa"/>
              <w:right w:w="120" w:type="dxa"/>
            </w:tcMar>
            <w:vAlign w:val="center"/>
          </w:tcPr>
          <w:p w14:paraId="472F5CA4" w14:textId="78180CD5" w:rsidR="0029277F" w:rsidRPr="00A12632" w:rsidRDefault="00000000">
            <w:pPr>
              <w:spacing w:after="0" w:line="252" w:lineRule="auto"/>
              <w:rPr>
                <w:rFonts w:ascii="Century Gothic" w:hAnsi="Century Gothic"/>
                <w:sz w:val="22"/>
              </w:rPr>
            </w:pPr>
            <w:sdt>
              <w:sdtPr>
                <w:rPr>
                  <w:rFonts w:ascii="Century Gothic" w:hAnsi="Century Gothic"/>
                  <w:sz w:val="22"/>
                </w:rPr>
                <w:id w:val="188968839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No</w:t>
            </w:r>
          </w:p>
        </w:tc>
      </w:tr>
      <w:tr w:rsidR="0029277F" w:rsidRPr="00A12632" w14:paraId="14083C47" w14:textId="77777777">
        <w:tc>
          <w:tcPr>
            <w:tcW w:w="5083" w:type="dxa"/>
            <w:tcMar>
              <w:top w:w="100" w:type="dxa"/>
              <w:left w:w="120" w:type="dxa"/>
              <w:bottom w:w="100" w:type="dxa"/>
              <w:right w:w="120" w:type="dxa"/>
            </w:tcMar>
            <w:vAlign w:val="center"/>
          </w:tcPr>
          <w:p w14:paraId="04A5938E" w14:textId="5C89AF7F" w:rsidR="0029277F" w:rsidRPr="00A12632" w:rsidRDefault="00000000">
            <w:pPr>
              <w:spacing w:after="0" w:line="252" w:lineRule="auto"/>
              <w:rPr>
                <w:rFonts w:ascii="Century Gothic" w:hAnsi="Century Gothic"/>
                <w:sz w:val="22"/>
              </w:rPr>
            </w:pPr>
            <w:sdt>
              <w:sdtPr>
                <w:rPr>
                  <w:rFonts w:ascii="Century Gothic" w:hAnsi="Century Gothic"/>
                  <w:sz w:val="22"/>
                </w:rPr>
                <w:id w:val="80736600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c>
          <w:tcPr>
            <w:tcW w:w="5083" w:type="dxa"/>
            <w:tcMar>
              <w:top w:w="100" w:type="dxa"/>
              <w:left w:w="120" w:type="dxa"/>
              <w:bottom w:w="100" w:type="dxa"/>
              <w:right w:w="120" w:type="dxa"/>
            </w:tcMar>
            <w:vAlign w:val="center"/>
          </w:tcPr>
          <w:p w14:paraId="5F1A6E59" w14:textId="77777777" w:rsidR="0029277F" w:rsidRPr="00A12632" w:rsidRDefault="0029277F">
            <w:pPr>
              <w:spacing w:after="0" w:line="252" w:lineRule="auto"/>
              <w:rPr>
                <w:rFonts w:ascii="Century Gothic" w:hAnsi="Century Gothic"/>
                <w:sz w:val="22"/>
              </w:rPr>
            </w:pPr>
          </w:p>
        </w:tc>
      </w:tr>
    </w:tbl>
    <w:p w14:paraId="21C7355C" w14:textId="77777777" w:rsidR="00992D56" w:rsidRPr="00A12632" w:rsidRDefault="00992D56">
      <w:pPr>
        <w:keepNext/>
        <w:spacing w:before="100"/>
        <w:rPr>
          <w:rFonts w:ascii="Century Gothic" w:hAnsi="Century Gothic"/>
          <w:b/>
          <w:color w:val="6C4AA4"/>
          <w:sz w:val="22"/>
        </w:rPr>
      </w:pPr>
    </w:p>
    <w:p w14:paraId="1AFD3182" w14:textId="7DFE59C7" w:rsidR="0029277F" w:rsidRPr="00A12632" w:rsidRDefault="00000000">
      <w:pPr>
        <w:keepNext/>
        <w:spacing w:before="100"/>
        <w:rPr>
          <w:rFonts w:ascii="Century Gothic" w:hAnsi="Century Gothic"/>
          <w:sz w:val="22"/>
        </w:rPr>
      </w:pPr>
      <w:r w:rsidRPr="00A12632">
        <w:rPr>
          <w:rFonts w:ascii="Century Gothic" w:hAnsi="Century Gothic"/>
          <w:b/>
          <w:color w:val="6C4AA4"/>
          <w:sz w:val="22"/>
        </w:rPr>
        <w:t>Sexual orientation</w:t>
      </w:r>
    </w:p>
    <w:p w14:paraId="7E61072A" w14:textId="77777777" w:rsidR="0029277F" w:rsidRPr="00A12632" w:rsidRDefault="00000000">
      <w:pPr>
        <w:spacing w:after="40"/>
        <w:rPr>
          <w:rFonts w:ascii="Century Gothic" w:hAnsi="Century Gothic"/>
          <w:sz w:val="22"/>
        </w:rPr>
      </w:pPr>
      <w:r w:rsidRPr="00A12632">
        <w:rPr>
          <w:rFonts w:ascii="Century Gothic" w:hAnsi="Century Gothic"/>
          <w:b/>
          <w:sz w:val="22"/>
        </w:rPr>
        <w:t>Which of the following best describes your sexual orientation?</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70B19515" w14:textId="77777777">
        <w:tc>
          <w:tcPr>
            <w:tcW w:w="5083" w:type="dxa"/>
            <w:tcMar>
              <w:top w:w="100" w:type="dxa"/>
              <w:left w:w="120" w:type="dxa"/>
              <w:bottom w:w="100" w:type="dxa"/>
              <w:right w:w="120" w:type="dxa"/>
            </w:tcMar>
            <w:vAlign w:val="center"/>
          </w:tcPr>
          <w:p w14:paraId="6B5CC646" w14:textId="5B620605" w:rsidR="0029277F" w:rsidRPr="00A12632" w:rsidRDefault="00000000">
            <w:pPr>
              <w:spacing w:after="0" w:line="252" w:lineRule="auto"/>
              <w:rPr>
                <w:rFonts w:ascii="Century Gothic" w:hAnsi="Century Gothic"/>
                <w:sz w:val="22"/>
              </w:rPr>
            </w:pPr>
            <w:sdt>
              <w:sdtPr>
                <w:rPr>
                  <w:rFonts w:ascii="Century Gothic" w:hAnsi="Century Gothic"/>
                  <w:sz w:val="22"/>
                </w:rPr>
                <w:id w:val="-164711284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Asexual</w:t>
            </w:r>
          </w:p>
        </w:tc>
        <w:tc>
          <w:tcPr>
            <w:tcW w:w="5083" w:type="dxa"/>
            <w:tcMar>
              <w:top w:w="100" w:type="dxa"/>
              <w:left w:w="120" w:type="dxa"/>
              <w:bottom w:w="100" w:type="dxa"/>
              <w:right w:w="120" w:type="dxa"/>
            </w:tcMar>
            <w:vAlign w:val="center"/>
          </w:tcPr>
          <w:p w14:paraId="612F5A8C" w14:textId="41D5B6D8" w:rsidR="0029277F" w:rsidRPr="00A12632" w:rsidRDefault="00000000">
            <w:pPr>
              <w:spacing w:after="0" w:line="252" w:lineRule="auto"/>
              <w:rPr>
                <w:rFonts w:ascii="Century Gothic" w:hAnsi="Century Gothic"/>
                <w:sz w:val="22"/>
              </w:rPr>
            </w:pPr>
            <w:sdt>
              <w:sdtPr>
                <w:rPr>
                  <w:rFonts w:ascii="Century Gothic" w:hAnsi="Century Gothic"/>
                  <w:sz w:val="22"/>
                </w:rPr>
                <w:id w:val="-166894073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Bisexual</w:t>
            </w:r>
          </w:p>
        </w:tc>
      </w:tr>
      <w:tr w:rsidR="0029277F" w:rsidRPr="00A12632" w14:paraId="1DAB9BC5" w14:textId="77777777">
        <w:tc>
          <w:tcPr>
            <w:tcW w:w="5083" w:type="dxa"/>
            <w:tcMar>
              <w:top w:w="100" w:type="dxa"/>
              <w:left w:w="120" w:type="dxa"/>
              <w:bottom w:w="100" w:type="dxa"/>
              <w:right w:w="120" w:type="dxa"/>
            </w:tcMar>
            <w:vAlign w:val="center"/>
          </w:tcPr>
          <w:p w14:paraId="67B139DE" w14:textId="3C9B4DFB" w:rsidR="0029277F" w:rsidRPr="00A12632" w:rsidRDefault="00000000">
            <w:pPr>
              <w:spacing w:after="0" w:line="252" w:lineRule="auto"/>
              <w:rPr>
                <w:rFonts w:ascii="Century Gothic" w:hAnsi="Century Gothic"/>
                <w:sz w:val="22"/>
              </w:rPr>
            </w:pPr>
            <w:sdt>
              <w:sdtPr>
                <w:rPr>
                  <w:rFonts w:ascii="Century Gothic" w:hAnsi="Century Gothic"/>
                  <w:sz w:val="22"/>
                </w:rPr>
                <w:id w:val="-1622454572"/>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Gay</w:t>
            </w:r>
          </w:p>
        </w:tc>
        <w:tc>
          <w:tcPr>
            <w:tcW w:w="5083" w:type="dxa"/>
            <w:tcMar>
              <w:top w:w="100" w:type="dxa"/>
              <w:left w:w="120" w:type="dxa"/>
              <w:bottom w:w="100" w:type="dxa"/>
              <w:right w:w="120" w:type="dxa"/>
            </w:tcMar>
            <w:vAlign w:val="center"/>
          </w:tcPr>
          <w:p w14:paraId="1505E194" w14:textId="7B39793B" w:rsidR="0029277F" w:rsidRPr="00A12632" w:rsidRDefault="00000000">
            <w:pPr>
              <w:spacing w:after="0" w:line="252" w:lineRule="auto"/>
              <w:rPr>
                <w:rFonts w:ascii="Century Gothic" w:hAnsi="Century Gothic"/>
                <w:sz w:val="22"/>
              </w:rPr>
            </w:pPr>
            <w:sdt>
              <w:sdtPr>
                <w:rPr>
                  <w:rFonts w:ascii="Century Gothic" w:hAnsi="Century Gothic"/>
                  <w:sz w:val="22"/>
                </w:rPr>
                <w:id w:val="83673496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Heterosexual or </w:t>
            </w:r>
            <w:proofErr w:type="gramStart"/>
            <w:r w:rsidR="00992D56" w:rsidRPr="00A12632">
              <w:rPr>
                <w:rFonts w:ascii="Century Gothic" w:hAnsi="Century Gothic"/>
                <w:sz w:val="22"/>
              </w:rPr>
              <w:t>Straight</w:t>
            </w:r>
            <w:proofErr w:type="gramEnd"/>
          </w:p>
        </w:tc>
      </w:tr>
      <w:tr w:rsidR="0029277F" w:rsidRPr="00A12632" w14:paraId="666B6C1E" w14:textId="77777777">
        <w:tc>
          <w:tcPr>
            <w:tcW w:w="5083" w:type="dxa"/>
            <w:tcMar>
              <w:top w:w="100" w:type="dxa"/>
              <w:left w:w="120" w:type="dxa"/>
              <w:bottom w:w="100" w:type="dxa"/>
              <w:right w:w="120" w:type="dxa"/>
            </w:tcMar>
            <w:vAlign w:val="center"/>
          </w:tcPr>
          <w:p w14:paraId="5B83A676" w14:textId="63C14739" w:rsidR="0029277F" w:rsidRPr="00A12632" w:rsidRDefault="00000000">
            <w:pPr>
              <w:spacing w:after="0" w:line="252" w:lineRule="auto"/>
              <w:rPr>
                <w:rFonts w:ascii="Century Gothic" w:hAnsi="Century Gothic"/>
                <w:sz w:val="22"/>
              </w:rPr>
            </w:pPr>
            <w:sdt>
              <w:sdtPr>
                <w:rPr>
                  <w:rFonts w:ascii="Century Gothic" w:hAnsi="Century Gothic"/>
                  <w:sz w:val="22"/>
                </w:rPr>
                <w:id w:val="-174887687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Lesbian</w:t>
            </w:r>
          </w:p>
        </w:tc>
        <w:tc>
          <w:tcPr>
            <w:tcW w:w="5083" w:type="dxa"/>
            <w:tcMar>
              <w:top w:w="100" w:type="dxa"/>
              <w:left w:w="120" w:type="dxa"/>
              <w:bottom w:w="100" w:type="dxa"/>
              <w:right w:w="120" w:type="dxa"/>
            </w:tcMar>
            <w:vAlign w:val="center"/>
          </w:tcPr>
          <w:p w14:paraId="6495EB29" w14:textId="3D16079F" w:rsidR="0029277F" w:rsidRPr="00A12632" w:rsidRDefault="00000000">
            <w:pPr>
              <w:spacing w:after="0" w:line="252" w:lineRule="auto"/>
              <w:rPr>
                <w:rFonts w:ascii="Century Gothic" w:hAnsi="Century Gothic"/>
                <w:sz w:val="22"/>
              </w:rPr>
            </w:pPr>
            <w:sdt>
              <w:sdtPr>
                <w:rPr>
                  <w:rFonts w:ascii="Century Gothic" w:hAnsi="Century Gothic"/>
                  <w:sz w:val="22"/>
                </w:rPr>
                <w:id w:val="583499507"/>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Pansexual</w:t>
            </w:r>
          </w:p>
        </w:tc>
      </w:tr>
      <w:tr w:rsidR="0029277F" w:rsidRPr="00A12632" w14:paraId="42B11734" w14:textId="77777777">
        <w:tc>
          <w:tcPr>
            <w:tcW w:w="5083" w:type="dxa"/>
            <w:tcMar>
              <w:top w:w="100" w:type="dxa"/>
              <w:left w:w="120" w:type="dxa"/>
              <w:bottom w:w="100" w:type="dxa"/>
              <w:right w:w="120" w:type="dxa"/>
            </w:tcMar>
            <w:vAlign w:val="center"/>
          </w:tcPr>
          <w:p w14:paraId="421FAE23" w14:textId="11F3600D" w:rsidR="0029277F" w:rsidRPr="00A12632" w:rsidRDefault="00000000">
            <w:pPr>
              <w:spacing w:after="0" w:line="252" w:lineRule="auto"/>
              <w:rPr>
                <w:rFonts w:ascii="Century Gothic" w:hAnsi="Century Gothic"/>
                <w:sz w:val="22"/>
              </w:rPr>
            </w:pPr>
            <w:sdt>
              <w:sdtPr>
                <w:rPr>
                  <w:rFonts w:ascii="Century Gothic" w:hAnsi="Century Gothic"/>
                  <w:sz w:val="22"/>
                </w:rPr>
                <w:id w:val="141243717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Queer</w:t>
            </w:r>
          </w:p>
        </w:tc>
        <w:tc>
          <w:tcPr>
            <w:tcW w:w="5083" w:type="dxa"/>
            <w:tcMar>
              <w:top w:w="100" w:type="dxa"/>
              <w:left w:w="120" w:type="dxa"/>
              <w:bottom w:w="100" w:type="dxa"/>
              <w:right w:w="120" w:type="dxa"/>
            </w:tcMar>
            <w:vAlign w:val="center"/>
          </w:tcPr>
          <w:p w14:paraId="54685C7D" w14:textId="490E6A90" w:rsidR="0029277F" w:rsidRPr="00A12632" w:rsidRDefault="00000000">
            <w:pPr>
              <w:spacing w:after="0" w:line="252" w:lineRule="auto"/>
              <w:rPr>
                <w:rFonts w:ascii="Century Gothic" w:hAnsi="Century Gothic"/>
                <w:sz w:val="22"/>
              </w:rPr>
            </w:pPr>
            <w:sdt>
              <w:sdtPr>
                <w:rPr>
                  <w:rFonts w:ascii="Century Gothic" w:hAnsi="Century Gothic"/>
                  <w:sz w:val="22"/>
                </w:rPr>
                <w:id w:val="-1605797310"/>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Questioning</w:t>
            </w:r>
          </w:p>
        </w:tc>
      </w:tr>
      <w:tr w:rsidR="0029277F" w:rsidRPr="00A12632" w14:paraId="3AB40D43" w14:textId="77777777">
        <w:tc>
          <w:tcPr>
            <w:tcW w:w="5083" w:type="dxa"/>
            <w:tcMar>
              <w:top w:w="100" w:type="dxa"/>
              <w:left w:w="120" w:type="dxa"/>
              <w:bottom w:w="100" w:type="dxa"/>
              <w:right w:w="120" w:type="dxa"/>
            </w:tcMar>
            <w:vAlign w:val="center"/>
          </w:tcPr>
          <w:p w14:paraId="1ED40008" w14:textId="10A78C8F" w:rsidR="0029277F" w:rsidRPr="00A12632" w:rsidRDefault="00000000">
            <w:pPr>
              <w:spacing w:after="0" w:line="252" w:lineRule="auto"/>
              <w:rPr>
                <w:rFonts w:ascii="Century Gothic" w:hAnsi="Century Gothic"/>
                <w:sz w:val="22"/>
              </w:rPr>
            </w:pPr>
            <w:sdt>
              <w:sdtPr>
                <w:rPr>
                  <w:rFonts w:ascii="Century Gothic" w:hAnsi="Century Gothic"/>
                  <w:sz w:val="22"/>
                </w:rPr>
                <w:id w:val="-198746950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In another way (please describe below)</w:t>
            </w:r>
          </w:p>
        </w:tc>
        <w:tc>
          <w:tcPr>
            <w:tcW w:w="5083" w:type="dxa"/>
            <w:tcMar>
              <w:top w:w="100" w:type="dxa"/>
              <w:left w:w="120" w:type="dxa"/>
              <w:bottom w:w="100" w:type="dxa"/>
              <w:right w:w="120" w:type="dxa"/>
            </w:tcMar>
            <w:vAlign w:val="center"/>
          </w:tcPr>
          <w:p w14:paraId="4611FA17" w14:textId="3731A14C" w:rsidR="0029277F" w:rsidRPr="00A12632" w:rsidRDefault="00000000">
            <w:pPr>
              <w:spacing w:after="0" w:line="252" w:lineRule="auto"/>
              <w:rPr>
                <w:rFonts w:ascii="Century Gothic" w:hAnsi="Century Gothic"/>
                <w:sz w:val="22"/>
              </w:rPr>
            </w:pPr>
            <w:sdt>
              <w:sdtPr>
                <w:rPr>
                  <w:rFonts w:ascii="Century Gothic" w:hAnsi="Century Gothic"/>
                  <w:sz w:val="22"/>
                </w:rPr>
                <w:id w:val="-2039036048"/>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r>
    </w:tbl>
    <w:p w14:paraId="06FED85D" w14:textId="77777777" w:rsidR="00992D56" w:rsidRPr="00A12632" w:rsidRDefault="00992D56">
      <w:pPr>
        <w:spacing w:before="60" w:after="80"/>
        <w:rPr>
          <w:rFonts w:ascii="Century Gothic" w:hAnsi="Century Gothic"/>
          <w:b/>
          <w:sz w:val="22"/>
        </w:rPr>
      </w:pPr>
    </w:p>
    <w:p w14:paraId="286D9311" w14:textId="47B4B187" w:rsidR="0029277F" w:rsidRPr="00A12632" w:rsidRDefault="00000000">
      <w:pPr>
        <w:spacing w:before="60" w:after="80"/>
        <w:rPr>
          <w:rFonts w:ascii="Century Gothic" w:hAnsi="Century Gothic"/>
          <w:sz w:val="22"/>
        </w:rPr>
      </w:pPr>
      <w:r w:rsidRPr="00A12632">
        <w:rPr>
          <w:rFonts w:ascii="Century Gothic" w:hAnsi="Century Gothic"/>
          <w:b/>
          <w:sz w:val="22"/>
        </w:rPr>
        <w:t xml:space="preserve">If you selected ‘In another way’, you may describe your sexual orientation: </w:t>
      </w:r>
    </w:p>
    <w:p w14:paraId="0EAFB0D8" w14:textId="77777777" w:rsidR="0029277F" w:rsidRPr="00A12632" w:rsidRDefault="00000000">
      <w:pPr>
        <w:rPr>
          <w:rFonts w:ascii="Century Gothic" w:hAnsi="Century Gothic"/>
          <w:sz w:val="22"/>
        </w:rPr>
      </w:pPr>
      <w:r w:rsidRPr="00A12632">
        <w:rPr>
          <w:rFonts w:ascii="Century Gothic" w:hAnsi="Century Gothic"/>
          <w:sz w:val="22"/>
        </w:rPr>
        <w:br w:type="page"/>
      </w:r>
    </w:p>
    <w:tbl>
      <w:tblPr>
        <w:tblW w:w="0" w:type="auto"/>
        <w:jc w:val="center"/>
        <w:tblLayout w:type="fixed"/>
        <w:tblLook w:val="04A0" w:firstRow="1" w:lastRow="0" w:firstColumn="1" w:lastColumn="0" w:noHBand="0" w:noVBand="1"/>
      </w:tblPr>
      <w:tblGrid>
        <w:gridCol w:w="5083"/>
        <w:gridCol w:w="5083"/>
      </w:tblGrid>
      <w:tr w:rsidR="0029277F" w:rsidRPr="00A12632" w14:paraId="49FD9070" w14:textId="77777777" w:rsidTr="001F75E4">
        <w:trPr>
          <w:trHeight w:val="387"/>
          <w:jc w:val="center"/>
        </w:trPr>
        <w:tc>
          <w:tcPr>
            <w:tcW w:w="5083" w:type="dxa"/>
            <w:shd w:val="clear" w:color="auto" w:fill="F36A21"/>
            <w:tcMar>
              <w:top w:w="100" w:type="dxa"/>
              <w:left w:w="120" w:type="dxa"/>
              <w:bottom w:w="100" w:type="dxa"/>
              <w:right w:w="120" w:type="dxa"/>
            </w:tcMar>
            <w:vAlign w:val="center"/>
          </w:tcPr>
          <w:p w14:paraId="052014C1" w14:textId="77777777" w:rsidR="0029277F" w:rsidRPr="00A12632" w:rsidRDefault="00000000">
            <w:pPr>
              <w:spacing w:after="0" w:line="252" w:lineRule="auto"/>
              <w:jc w:val="center"/>
              <w:rPr>
                <w:rFonts w:ascii="Century Gothic" w:hAnsi="Century Gothic"/>
                <w:sz w:val="22"/>
              </w:rPr>
            </w:pPr>
            <w:r w:rsidRPr="00A12632">
              <w:rPr>
                <w:rFonts w:ascii="Century Gothic" w:hAnsi="Century Gothic"/>
                <w:b/>
                <w:color w:val="FFFFFF"/>
                <w:sz w:val="22"/>
              </w:rPr>
              <w:lastRenderedPageBreak/>
              <w:t>4</w:t>
            </w:r>
          </w:p>
        </w:tc>
        <w:tc>
          <w:tcPr>
            <w:tcW w:w="5083" w:type="dxa"/>
            <w:shd w:val="clear" w:color="auto" w:fill="6C4AA4"/>
            <w:tcMar>
              <w:top w:w="100" w:type="dxa"/>
              <w:left w:w="120" w:type="dxa"/>
              <w:bottom w:w="100" w:type="dxa"/>
              <w:right w:w="120" w:type="dxa"/>
            </w:tcMar>
            <w:vAlign w:val="center"/>
          </w:tcPr>
          <w:p w14:paraId="3AC8F220"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RELIGION OR BELIEF</w:t>
            </w:r>
          </w:p>
        </w:tc>
      </w:tr>
    </w:tbl>
    <w:p w14:paraId="1F9AF839" w14:textId="77777777" w:rsidR="0029277F" w:rsidRPr="00A12632" w:rsidRDefault="00000000">
      <w:pPr>
        <w:spacing w:before="80"/>
        <w:rPr>
          <w:rFonts w:ascii="Century Gothic" w:hAnsi="Century Gothic"/>
          <w:sz w:val="22"/>
        </w:rPr>
      </w:pPr>
      <w:r w:rsidRPr="00A12632">
        <w:rPr>
          <w:rFonts w:ascii="Century Gothic" w:hAnsi="Century Gothic"/>
          <w:i/>
          <w:color w:val="625C67"/>
          <w:sz w:val="22"/>
        </w:rPr>
        <w:t>Choose one option. This includes having no religion or belief.</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359A3FA6" w14:textId="77777777">
        <w:tc>
          <w:tcPr>
            <w:tcW w:w="5083" w:type="dxa"/>
            <w:tcMar>
              <w:top w:w="100" w:type="dxa"/>
              <w:left w:w="120" w:type="dxa"/>
              <w:bottom w:w="100" w:type="dxa"/>
              <w:right w:w="120" w:type="dxa"/>
            </w:tcMar>
            <w:vAlign w:val="center"/>
          </w:tcPr>
          <w:p w14:paraId="17316CE4" w14:textId="2660B13E" w:rsidR="0029277F" w:rsidRPr="00A12632" w:rsidRDefault="00000000">
            <w:pPr>
              <w:spacing w:after="0" w:line="252" w:lineRule="auto"/>
              <w:rPr>
                <w:rFonts w:ascii="Century Gothic" w:hAnsi="Century Gothic"/>
                <w:sz w:val="22"/>
              </w:rPr>
            </w:pPr>
            <w:sdt>
              <w:sdtPr>
                <w:rPr>
                  <w:rFonts w:ascii="Century Gothic" w:hAnsi="Century Gothic"/>
                  <w:sz w:val="22"/>
                </w:rPr>
                <w:id w:val="-1391415883"/>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No religion</w:t>
            </w:r>
          </w:p>
        </w:tc>
        <w:tc>
          <w:tcPr>
            <w:tcW w:w="5083" w:type="dxa"/>
            <w:tcMar>
              <w:top w:w="100" w:type="dxa"/>
              <w:left w:w="120" w:type="dxa"/>
              <w:bottom w:w="100" w:type="dxa"/>
              <w:right w:w="120" w:type="dxa"/>
            </w:tcMar>
            <w:vAlign w:val="center"/>
          </w:tcPr>
          <w:p w14:paraId="5E2B138F" w14:textId="2F35E440" w:rsidR="0029277F" w:rsidRPr="00A12632" w:rsidRDefault="00000000">
            <w:pPr>
              <w:spacing w:after="0" w:line="252" w:lineRule="auto"/>
              <w:rPr>
                <w:rFonts w:ascii="Century Gothic" w:hAnsi="Century Gothic"/>
                <w:sz w:val="22"/>
              </w:rPr>
            </w:pPr>
            <w:sdt>
              <w:sdtPr>
                <w:rPr>
                  <w:rFonts w:ascii="Century Gothic" w:hAnsi="Century Gothic"/>
                  <w:sz w:val="22"/>
                </w:rPr>
                <w:id w:val="-48539503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Christian</w:t>
            </w:r>
          </w:p>
        </w:tc>
      </w:tr>
      <w:tr w:rsidR="0029277F" w:rsidRPr="00A12632" w14:paraId="454E7351" w14:textId="77777777">
        <w:tc>
          <w:tcPr>
            <w:tcW w:w="5083" w:type="dxa"/>
            <w:tcMar>
              <w:top w:w="100" w:type="dxa"/>
              <w:left w:w="120" w:type="dxa"/>
              <w:bottom w:w="100" w:type="dxa"/>
              <w:right w:w="120" w:type="dxa"/>
            </w:tcMar>
            <w:vAlign w:val="center"/>
          </w:tcPr>
          <w:p w14:paraId="79888FF4" w14:textId="65530BA9" w:rsidR="0029277F" w:rsidRPr="00A12632" w:rsidRDefault="00000000">
            <w:pPr>
              <w:spacing w:after="0" w:line="252" w:lineRule="auto"/>
              <w:rPr>
                <w:rFonts w:ascii="Century Gothic" w:hAnsi="Century Gothic"/>
                <w:sz w:val="22"/>
              </w:rPr>
            </w:pPr>
            <w:sdt>
              <w:sdtPr>
                <w:rPr>
                  <w:rFonts w:ascii="Century Gothic" w:hAnsi="Century Gothic"/>
                  <w:sz w:val="22"/>
                </w:rPr>
                <w:id w:val="-144207103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Buddhist</w:t>
            </w:r>
          </w:p>
        </w:tc>
        <w:tc>
          <w:tcPr>
            <w:tcW w:w="5083" w:type="dxa"/>
            <w:tcMar>
              <w:top w:w="100" w:type="dxa"/>
              <w:left w:w="120" w:type="dxa"/>
              <w:bottom w:w="100" w:type="dxa"/>
              <w:right w:w="120" w:type="dxa"/>
            </w:tcMar>
            <w:vAlign w:val="center"/>
          </w:tcPr>
          <w:p w14:paraId="07077CE1" w14:textId="00713B7B" w:rsidR="0029277F" w:rsidRPr="00A12632" w:rsidRDefault="00000000">
            <w:pPr>
              <w:spacing w:after="0" w:line="252" w:lineRule="auto"/>
              <w:rPr>
                <w:rFonts w:ascii="Century Gothic" w:hAnsi="Century Gothic"/>
                <w:sz w:val="22"/>
              </w:rPr>
            </w:pPr>
            <w:sdt>
              <w:sdtPr>
                <w:rPr>
                  <w:rFonts w:ascii="Century Gothic" w:hAnsi="Century Gothic"/>
                  <w:sz w:val="22"/>
                </w:rPr>
                <w:id w:val="-1961485796"/>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Hindu</w:t>
            </w:r>
          </w:p>
        </w:tc>
      </w:tr>
      <w:tr w:rsidR="0029277F" w:rsidRPr="00A12632" w14:paraId="28AD3D35" w14:textId="77777777">
        <w:tc>
          <w:tcPr>
            <w:tcW w:w="5083" w:type="dxa"/>
            <w:tcMar>
              <w:top w:w="100" w:type="dxa"/>
              <w:left w:w="120" w:type="dxa"/>
              <w:bottom w:w="100" w:type="dxa"/>
              <w:right w:w="120" w:type="dxa"/>
            </w:tcMar>
            <w:vAlign w:val="center"/>
          </w:tcPr>
          <w:p w14:paraId="6DAAD160" w14:textId="7CA2DAE7" w:rsidR="0029277F" w:rsidRPr="00A12632" w:rsidRDefault="00000000">
            <w:pPr>
              <w:spacing w:after="0" w:line="252" w:lineRule="auto"/>
              <w:rPr>
                <w:rFonts w:ascii="Century Gothic" w:hAnsi="Century Gothic"/>
                <w:sz w:val="22"/>
              </w:rPr>
            </w:pPr>
            <w:sdt>
              <w:sdtPr>
                <w:rPr>
                  <w:rFonts w:ascii="Century Gothic" w:hAnsi="Century Gothic"/>
                  <w:sz w:val="22"/>
                </w:rPr>
                <w:id w:val="1805521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Jewish</w:t>
            </w:r>
          </w:p>
        </w:tc>
        <w:tc>
          <w:tcPr>
            <w:tcW w:w="5083" w:type="dxa"/>
            <w:tcMar>
              <w:top w:w="100" w:type="dxa"/>
              <w:left w:w="120" w:type="dxa"/>
              <w:bottom w:w="100" w:type="dxa"/>
              <w:right w:w="120" w:type="dxa"/>
            </w:tcMar>
            <w:vAlign w:val="center"/>
          </w:tcPr>
          <w:p w14:paraId="4D2F3FBE" w14:textId="0EF23DB3" w:rsidR="0029277F" w:rsidRPr="00A12632" w:rsidRDefault="00000000">
            <w:pPr>
              <w:spacing w:after="0" w:line="252" w:lineRule="auto"/>
              <w:rPr>
                <w:rFonts w:ascii="Century Gothic" w:hAnsi="Century Gothic"/>
                <w:sz w:val="22"/>
              </w:rPr>
            </w:pPr>
            <w:sdt>
              <w:sdtPr>
                <w:rPr>
                  <w:rFonts w:ascii="Century Gothic" w:hAnsi="Century Gothic"/>
                  <w:sz w:val="22"/>
                </w:rPr>
                <w:id w:val="183541166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Muslim</w:t>
            </w:r>
          </w:p>
        </w:tc>
      </w:tr>
      <w:tr w:rsidR="0029277F" w:rsidRPr="00A12632" w14:paraId="7801A4C9" w14:textId="77777777">
        <w:tc>
          <w:tcPr>
            <w:tcW w:w="5083" w:type="dxa"/>
            <w:tcMar>
              <w:top w:w="100" w:type="dxa"/>
              <w:left w:w="120" w:type="dxa"/>
              <w:bottom w:w="100" w:type="dxa"/>
              <w:right w:w="120" w:type="dxa"/>
            </w:tcMar>
            <w:vAlign w:val="center"/>
          </w:tcPr>
          <w:p w14:paraId="1911E449" w14:textId="69BC1D55" w:rsidR="0029277F" w:rsidRPr="00A12632" w:rsidRDefault="00000000">
            <w:pPr>
              <w:spacing w:after="0" w:line="252" w:lineRule="auto"/>
              <w:rPr>
                <w:rFonts w:ascii="Century Gothic" w:hAnsi="Century Gothic"/>
                <w:sz w:val="22"/>
              </w:rPr>
            </w:pPr>
            <w:sdt>
              <w:sdtPr>
                <w:rPr>
                  <w:rFonts w:ascii="Century Gothic" w:hAnsi="Century Gothic"/>
                  <w:sz w:val="22"/>
                </w:rPr>
                <w:id w:val="116134616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Sikh</w:t>
            </w:r>
          </w:p>
        </w:tc>
        <w:tc>
          <w:tcPr>
            <w:tcW w:w="5083" w:type="dxa"/>
            <w:tcMar>
              <w:top w:w="100" w:type="dxa"/>
              <w:left w:w="120" w:type="dxa"/>
              <w:bottom w:w="100" w:type="dxa"/>
              <w:right w:w="120" w:type="dxa"/>
            </w:tcMar>
            <w:vAlign w:val="center"/>
          </w:tcPr>
          <w:p w14:paraId="5E6F89AD" w14:textId="6EA17A0B" w:rsidR="0029277F" w:rsidRPr="00A12632" w:rsidRDefault="00000000">
            <w:pPr>
              <w:spacing w:after="0" w:line="252" w:lineRule="auto"/>
              <w:rPr>
                <w:rFonts w:ascii="Century Gothic" w:hAnsi="Century Gothic"/>
                <w:sz w:val="22"/>
              </w:rPr>
            </w:pPr>
            <w:sdt>
              <w:sdtPr>
                <w:rPr>
                  <w:rFonts w:ascii="Century Gothic" w:hAnsi="Century Gothic"/>
                  <w:sz w:val="22"/>
                </w:rPr>
                <w:id w:val="157993554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Any other religion or belief (please describe below)</w:t>
            </w:r>
          </w:p>
        </w:tc>
      </w:tr>
      <w:tr w:rsidR="0029277F" w:rsidRPr="00A12632" w14:paraId="164649EA" w14:textId="77777777">
        <w:tc>
          <w:tcPr>
            <w:tcW w:w="5083" w:type="dxa"/>
            <w:tcMar>
              <w:top w:w="100" w:type="dxa"/>
              <w:left w:w="120" w:type="dxa"/>
              <w:bottom w:w="100" w:type="dxa"/>
              <w:right w:w="120" w:type="dxa"/>
            </w:tcMar>
            <w:vAlign w:val="center"/>
          </w:tcPr>
          <w:p w14:paraId="721BA548" w14:textId="58100196" w:rsidR="0029277F" w:rsidRPr="00A12632" w:rsidRDefault="00000000">
            <w:pPr>
              <w:spacing w:after="0" w:line="252" w:lineRule="auto"/>
              <w:rPr>
                <w:rFonts w:ascii="Century Gothic" w:hAnsi="Century Gothic"/>
                <w:sz w:val="22"/>
              </w:rPr>
            </w:pPr>
            <w:sdt>
              <w:sdtPr>
                <w:rPr>
                  <w:rFonts w:ascii="Century Gothic" w:hAnsi="Century Gothic"/>
                  <w:sz w:val="22"/>
                </w:rPr>
                <w:id w:val="2102527977"/>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Prefer not to say</w:t>
            </w:r>
          </w:p>
        </w:tc>
        <w:tc>
          <w:tcPr>
            <w:tcW w:w="5083" w:type="dxa"/>
            <w:tcMar>
              <w:top w:w="100" w:type="dxa"/>
              <w:left w:w="120" w:type="dxa"/>
              <w:bottom w:w="100" w:type="dxa"/>
              <w:right w:w="120" w:type="dxa"/>
            </w:tcMar>
            <w:vAlign w:val="center"/>
          </w:tcPr>
          <w:p w14:paraId="29A0BB83" w14:textId="77777777" w:rsidR="0029277F" w:rsidRPr="00A12632" w:rsidRDefault="0029277F">
            <w:pPr>
              <w:spacing w:after="0" w:line="252" w:lineRule="auto"/>
              <w:rPr>
                <w:rFonts w:ascii="Century Gothic" w:hAnsi="Century Gothic"/>
                <w:sz w:val="22"/>
              </w:rPr>
            </w:pPr>
          </w:p>
        </w:tc>
      </w:tr>
    </w:tbl>
    <w:p w14:paraId="524360AF" w14:textId="77777777" w:rsidR="00992D56" w:rsidRPr="00A12632" w:rsidRDefault="00992D56">
      <w:pPr>
        <w:spacing w:before="60" w:after="80"/>
        <w:rPr>
          <w:rFonts w:ascii="Century Gothic" w:hAnsi="Century Gothic"/>
          <w:b/>
          <w:sz w:val="22"/>
        </w:rPr>
      </w:pPr>
    </w:p>
    <w:p w14:paraId="218E47C3" w14:textId="06F0CEF7" w:rsidR="0029277F" w:rsidRPr="00A12632" w:rsidRDefault="00000000">
      <w:pPr>
        <w:spacing w:before="60" w:after="80"/>
        <w:rPr>
          <w:rFonts w:ascii="Century Gothic" w:hAnsi="Century Gothic"/>
          <w:color w:val="625C67"/>
          <w:sz w:val="22"/>
        </w:rPr>
      </w:pPr>
      <w:r w:rsidRPr="00A12632">
        <w:rPr>
          <w:rFonts w:ascii="Century Gothic" w:hAnsi="Century Gothic"/>
          <w:b/>
          <w:sz w:val="22"/>
        </w:rPr>
        <w:t xml:space="preserve">If you selected ‘Any other’, you may describe it here:  </w:t>
      </w:r>
    </w:p>
    <w:p w14:paraId="3BAD26BF" w14:textId="77777777" w:rsidR="00992D56" w:rsidRPr="00A12632" w:rsidRDefault="00992D56">
      <w:pPr>
        <w:spacing w:before="60" w:after="80"/>
        <w:rPr>
          <w:rFonts w:ascii="Century Gothic" w:hAnsi="Century Gothic"/>
          <w:sz w:val="22"/>
        </w:rPr>
      </w:pPr>
    </w:p>
    <w:tbl>
      <w:tblPr>
        <w:tblW w:w="0" w:type="auto"/>
        <w:jc w:val="center"/>
        <w:tblLayout w:type="fixed"/>
        <w:tblLook w:val="04A0" w:firstRow="1" w:lastRow="0" w:firstColumn="1" w:lastColumn="0" w:noHBand="0" w:noVBand="1"/>
      </w:tblPr>
      <w:tblGrid>
        <w:gridCol w:w="5083"/>
        <w:gridCol w:w="5083"/>
      </w:tblGrid>
      <w:tr w:rsidR="0029277F" w:rsidRPr="00A12632" w14:paraId="3CB6565C" w14:textId="77777777" w:rsidTr="001F75E4">
        <w:trPr>
          <w:trHeight w:val="324"/>
          <w:jc w:val="center"/>
        </w:trPr>
        <w:tc>
          <w:tcPr>
            <w:tcW w:w="5083" w:type="dxa"/>
            <w:shd w:val="clear" w:color="auto" w:fill="F36A21"/>
            <w:tcMar>
              <w:top w:w="100" w:type="dxa"/>
              <w:left w:w="120" w:type="dxa"/>
              <w:bottom w:w="100" w:type="dxa"/>
              <w:right w:w="120" w:type="dxa"/>
            </w:tcMar>
            <w:vAlign w:val="center"/>
          </w:tcPr>
          <w:p w14:paraId="6A63CEB1" w14:textId="77777777" w:rsidR="0029277F" w:rsidRPr="00A12632" w:rsidRDefault="00000000">
            <w:pPr>
              <w:spacing w:after="0" w:line="252" w:lineRule="auto"/>
              <w:jc w:val="center"/>
              <w:rPr>
                <w:rFonts w:ascii="Century Gothic" w:hAnsi="Century Gothic"/>
                <w:sz w:val="22"/>
              </w:rPr>
            </w:pPr>
            <w:r w:rsidRPr="00A12632">
              <w:rPr>
                <w:rFonts w:ascii="Century Gothic" w:hAnsi="Century Gothic"/>
                <w:b/>
                <w:color w:val="FFFFFF"/>
                <w:sz w:val="22"/>
              </w:rPr>
              <w:t>5</w:t>
            </w:r>
          </w:p>
        </w:tc>
        <w:tc>
          <w:tcPr>
            <w:tcW w:w="5083" w:type="dxa"/>
            <w:shd w:val="clear" w:color="auto" w:fill="6C4AA4"/>
            <w:tcMar>
              <w:top w:w="100" w:type="dxa"/>
              <w:left w:w="120" w:type="dxa"/>
              <w:bottom w:w="100" w:type="dxa"/>
              <w:right w:w="120" w:type="dxa"/>
            </w:tcMar>
            <w:vAlign w:val="center"/>
          </w:tcPr>
          <w:p w14:paraId="11FD47C0"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HOW YOU HEARD ABOUT THE VACANCY</w:t>
            </w:r>
          </w:p>
        </w:tc>
      </w:tr>
    </w:tbl>
    <w:p w14:paraId="3A1BD772" w14:textId="77777777" w:rsidR="0029277F" w:rsidRPr="00A12632" w:rsidRDefault="00000000">
      <w:pPr>
        <w:spacing w:before="120" w:after="60"/>
        <w:rPr>
          <w:rFonts w:ascii="Century Gothic" w:hAnsi="Century Gothic"/>
          <w:sz w:val="22"/>
        </w:rPr>
      </w:pPr>
      <w:r w:rsidRPr="00A12632">
        <w:rPr>
          <w:rFonts w:ascii="Century Gothic" w:hAnsi="Century Gothic"/>
          <w:b/>
          <w:sz w:val="22"/>
        </w:rPr>
        <w:t>How did you first hear about this vacancy?</w:t>
      </w:r>
    </w:p>
    <w:p w14:paraId="592509F4" w14:textId="77777777" w:rsidR="0029277F" w:rsidRPr="00A12632" w:rsidRDefault="00000000">
      <w:pPr>
        <w:spacing w:before="80"/>
        <w:rPr>
          <w:rFonts w:ascii="Century Gothic" w:hAnsi="Century Gothic"/>
          <w:sz w:val="22"/>
        </w:rPr>
      </w:pPr>
      <w:r w:rsidRPr="00A12632">
        <w:rPr>
          <w:rFonts w:ascii="Century Gothic" w:hAnsi="Century Gothic"/>
          <w:i/>
          <w:color w:val="625C67"/>
          <w:sz w:val="22"/>
        </w:rPr>
        <w:t>Choose one option. This helps us understand which advertising routes work best.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083"/>
        <w:gridCol w:w="5083"/>
      </w:tblGrid>
      <w:tr w:rsidR="0029277F" w:rsidRPr="00A12632" w14:paraId="764AF621" w14:textId="77777777">
        <w:tc>
          <w:tcPr>
            <w:tcW w:w="5083" w:type="dxa"/>
            <w:tcMar>
              <w:top w:w="100" w:type="dxa"/>
              <w:left w:w="120" w:type="dxa"/>
              <w:bottom w:w="100" w:type="dxa"/>
              <w:right w:w="120" w:type="dxa"/>
            </w:tcMar>
            <w:vAlign w:val="center"/>
          </w:tcPr>
          <w:p w14:paraId="7CFBB1CD" w14:textId="702D02D3" w:rsidR="0029277F" w:rsidRPr="00A12632" w:rsidRDefault="00000000">
            <w:pPr>
              <w:spacing w:after="0" w:line="252" w:lineRule="auto"/>
              <w:rPr>
                <w:rFonts w:ascii="Century Gothic" w:hAnsi="Century Gothic"/>
                <w:sz w:val="22"/>
              </w:rPr>
            </w:pPr>
            <w:sdt>
              <w:sdtPr>
                <w:rPr>
                  <w:rFonts w:ascii="Century Gothic" w:hAnsi="Century Gothic"/>
                  <w:sz w:val="22"/>
                </w:rPr>
                <w:id w:val="231197879"/>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Advocacy Focus website</w:t>
            </w:r>
          </w:p>
        </w:tc>
        <w:tc>
          <w:tcPr>
            <w:tcW w:w="5083" w:type="dxa"/>
            <w:tcMar>
              <w:top w:w="100" w:type="dxa"/>
              <w:left w:w="120" w:type="dxa"/>
              <w:bottom w:w="100" w:type="dxa"/>
              <w:right w:w="120" w:type="dxa"/>
            </w:tcMar>
            <w:vAlign w:val="center"/>
          </w:tcPr>
          <w:p w14:paraId="5EE0EF58" w14:textId="07A320D1" w:rsidR="0029277F" w:rsidRPr="00A12632" w:rsidRDefault="00000000">
            <w:pPr>
              <w:spacing w:after="0" w:line="252" w:lineRule="auto"/>
              <w:rPr>
                <w:rFonts w:ascii="Century Gothic" w:hAnsi="Century Gothic"/>
                <w:sz w:val="22"/>
              </w:rPr>
            </w:pPr>
            <w:sdt>
              <w:sdtPr>
                <w:rPr>
                  <w:rFonts w:ascii="Century Gothic" w:hAnsi="Century Gothic"/>
                  <w:sz w:val="22"/>
                </w:rPr>
                <w:id w:val="-33739060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t>
            </w:r>
            <w:proofErr w:type="spellStart"/>
            <w:r w:rsidR="00992D56" w:rsidRPr="00A12632">
              <w:rPr>
                <w:rFonts w:ascii="Century Gothic" w:hAnsi="Century Gothic"/>
                <w:sz w:val="22"/>
              </w:rPr>
              <w:t>CharityJob</w:t>
            </w:r>
            <w:proofErr w:type="spellEnd"/>
          </w:p>
        </w:tc>
      </w:tr>
      <w:tr w:rsidR="0029277F" w:rsidRPr="00A12632" w14:paraId="2F84282E" w14:textId="77777777">
        <w:tc>
          <w:tcPr>
            <w:tcW w:w="5083" w:type="dxa"/>
            <w:tcMar>
              <w:top w:w="100" w:type="dxa"/>
              <w:left w:w="120" w:type="dxa"/>
              <w:bottom w:w="100" w:type="dxa"/>
              <w:right w:w="120" w:type="dxa"/>
            </w:tcMar>
            <w:vAlign w:val="center"/>
          </w:tcPr>
          <w:p w14:paraId="34D15729" w14:textId="7537B874" w:rsidR="0029277F" w:rsidRPr="00A12632" w:rsidRDefault="00000000">
            <w:pPr>
              <w:spacing w:after="0" w:line="252" w:lineRule="auto"/>
              <w:rPr>
                <w:rFonts w:ascii="Century Gothic" w:hAnsi="Century Gothic"/>
                <w:sz w:val="22"/>
              </w:rPr>
            </w:pPr>
            <w:sdt>
              <w:sdtPr>
                <w:rPr>
                  <w:rFonts w:ascii="Century Gothic" w:hAnsi="Century Gothic"/>
                  <w:sz w:val="22"/>
                </w:rPr>
                <w:id w:val="1478873335"/>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Indeed</w:t>
            </w:r>
          </w:p>
        </w:tc>
        <w:tc>
          <w:tcPr>
            <w:tcW w:w="5083" w:type="dxa"/>
            <w:tcMar>
              <w:top w:w="100" w:type="dxa"/>
              <w:left w:w="120" w:type="dxa"/>
              <w:bottom w:w="100" w:type="dxa"/>
              <w:right w:w="120" w:type="dxa"/>
            </w:tcMar>
            <w:vAlign w:val="center"/>
          </w:tcPr>
          <w:p w14:paraId="5E098D72" w14:textId="47B4ECFE" w:rsidR="0029277F" w:rsidRPr="00A12632" w:rsidRDefault="00000000">
            <w:pPr>
              <w:spacing w:after="0" w:line="252" w:lineRule="auto"/>
              <w:rPr>
                <w:rFonts w:ascii="Century Gothic" w:hAnsi="Century Gothic"/>
                <w:sz w:val="22"/>
              </w:rPr>
            </w:pPr>
            <w:sdt>
              <w:sdtPr>
                <w:rPr>
                  <w:rFonts w:ascii="Century Gothic" w:hAnsi="Century Gothic"/>
                  <w:sz w:val="22"/>
                </w:rPr>
                <w:id w:val="-1447225367"/>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LinkedIn</w:t>
            </w:r>
          </w:p>
        </w:tc>
      </w:tr>
      <w:tr w:rsidR="0029277F" w:rsidRPr="00A12632" w14:paraId="397B7CAB" w14:textId="77777777">
        <w:tc>
          <w:tcPr>
            <w:tcW w:w="5083" w:type="dxa"/>
            <w:tcMar>
              <w:top w:w="100" w:type="dxa"/>
              <w:left w:w="120" w:type="dxa"/>
              <w:bottom w:w="100" w:type="dxa"/>
              <w:right w:w="120" w:type="dxa"/>
            </w:tcMar>
            <w:vAlign w:val="center"/>
          </w:tcPr>
          <w:p w14:paraId="7C063769" w14:textId="4BF47816" w:rsidR="0029277F" w:rsidRPr="00A12632" w:rsidRDefault="00000000">
            <w:pPr>
              <w:spacing w:after="0" w:line="252" w:lineRule="auto"/>
              <w:rPr>
                <w:rFonts w:ascii="Century Gothic" w:hAnsi="Century Gothic"/>
                <w:sz w:val="22"/>
              </w:rPr>
            </w:pPr>
            <w:sdt>
              <w:sdtPr>
                <w:rPr>
                  <w:rFonts w:ascii="Century Gothic" w:hAnsi="Century Gothic"/>
                  <w:sz w:val="22"/>
                </w:rPr>
                <w:id w:val="26687654"/>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Other social media</w:t>
            </w:r>
          </w:p>
        </w:tc>
        <w:tc>
          <w:tcPr>
            <w:tcW w:w="5083" w:type="dxa"/>
            <w:tcMar>
              <w:top w:w="100" w:type="dxa"/>
              <w:left w:w="120" w:type="dxa"/>
              <w:bottom w:w="100" w:type="dxa"/>
              <w:right w:w="120" w:type="dxa"/>
            </w:tcMar>
            <w:vAlign w:val="center"/>
          </w:tcPr>
          <w:p w14:paraId="1588BB05" w14:textId="77BF749C" w:rsidR="0029277F" w:rsidRPr="00A12632" w:rsidRDefault="00000000">
            <w:pPr>
              <w:spacing w:after="0" w:line="252" w:lineRule="auto"/>
              <w:rPr>
                <w:rFonts w:ascii="Century Gothic" w:hAnsi="Century Gothic"/>
                <w:sz w:val="22"/>
              </w:rPr>
            </w:pPr>
            <w:sdt>
              <w:sdtPr>
                <w:rPr>
                  <w:rFonts w:ascii="Century Gothic" w:hAnsi="Century Gothic"/>
                  <w:sz w:val="22"/>
                </w:rPr>
                <w:id w:val="-123893863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Word of mouth</w:t>
            </w:r>
          </w:p>
        </w:tc>
      </w:tr>
      <w:tr w:rsidR="0029277F" w:rsidRPr="00A12632" w14:paraId="6B200670" w14:textId="77777777">
        <w:tc>
          <w:tcPr>
            <w:tcW w:w="5083" w:type="dxa"/>
            <w:tcMar>
              <w:top w:w="100" w:type="dxa"/>
              <w:left w:w="120" w:type="dxa"/>
              <w:bottom w:w="100" w:type="dxa"/>
              <w:right w:w="120" w:type="dxa"/>
            </w:tcMar>
            <w:vAlign w:val="center"/>
          </w:tcPr>
          <w:p w14:paraId="516A7B65" w14:textId="3408BF69" w:rsidR="0029277F" w:rsidRPr="00A12632" w:rsidRDefault="00000000">
            <w:pPr>
              <w:spacing w:after="0" w:line="252" w:lineRule="auto"/>
              <w:rPr>
                <w:rFonts w:ascii="Century Gothic" w:hAnsi="Century Gothic"/>
                <w:sz w:val="22"/>
              </w:rPr>
            </w:pPr>
            <w:sdt>
              <w:sdtPr>
                <w:rPr>
                  <w:rFonts w:ascii="Century Gothic" w:hAnsi="Century Gothic"/>
                  <w:sz w:val="22"/>
                </w:rPr>
                <w:id w:val="2101134281"/>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w:t>
            </w:r>
            <w:proofErr w:type="spellStart"/>
            <w:r w:rsidR="00992D56" w:rsidRPr="00A12632">
              <w:rPr>
                <w:rFonts w:ascii="Century Gothic" w:hAnsi="Century Gothic"/>
                <w:sz w:val="22"/>
              </w:rPr>
              <w:t>Jobcentre</w:t>
            </w:r>
            <w:proofErr w:type="spellEnd"/>
            <w:r w:rsidR="00992D56" w:rsidRPr="00A12632">
              <w:rPr>
                <w:rFonts w:ascii="Century Gothic" w:hAnsi="Century Gothic"/>
                <w:sz w:val="22"/>
              </w:rPr>
              <w:t xml:space="preserve"> or employment service</w:t>
            </w:r>
          </w:p>
        </w:tc>
        <w:tc>
          <w:tcPr>
            <w:tcW w:w="5083" w:type="dxa"/>
            <w:tcMar>
              <w:top w:w="100" w:type="dxa"/>
              <w:left w:w="120" w:type="dxa"/>
              <w:bottom w:w="100" w:type="dxa"/>
              <w:right w:w="120" w:type="dxa"/>
            </w:tcMar>
            <w:vAlign w:val="center"/>
          </w:tcPr>
          <w:p w14:paraId="7D0CB245" w14:textId="5C94FB3B" w:rsidR="0029277F" w:rsidRPr="00A12632" w:rsidRDefault="00000000">
            <w:pPr>
              <w:spacing w:after="0" w:line="252" w:lineRule="auto"/>
              <w:rPr>
                <w:rFonts w:ascii="Century Gothic" w:hAnsi="Century Gothic"/>
                <w:sz w:val="22"/>
              </w:rPr>
            </w:pPr>
            <w:sdt>
              <w:sdtPr>
                <w:rPr>
                  <w:rFonts w:ascii="Century Gothic" w:hAnsi="Century Gothic"/>
                  <w:sz w:val="22"/>
                </w:rPr>
                <w:id w:val="102007664"/>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Another website or jobs board</w:t>
            </w:r>
          </w:p>
        </w:tc>
      </w:tr>
      <w:tr w:rsidR="0029277F" w:rsidRPr="00A12632" w14:paraId="1A3EA7D0" w14:textId="77777777">
        <w:tc>
          <w:tcPr>
            <w:tcW w:w="5083" w:type="dxa"/>
            <w:tcMar>
              <w:top w:w="100" w:type="dxa"/>
              <w:left w:w="120" w:type="dxa"/>
              <w:bottom w:w="100" w:type="dxa"/>
              <w:right w:w="120" w:type="dxa"/>
            </w:tcMar>
            <w:vAlign w:val="center"/>
          </w:tcPr>
          <w:p w14:paraId="46A3DCD1" w14:textId="4A6CC0CD" w:rsidR="0029277F" w:rsidRPr="00A12632" w:rsidRDefault="00000000">
            <w:pPr>
              <w:spacing w:after="0" w:line="252" w:lineRule="auto"/>
              <w:rPr>
                <w:rFonts w:ascii="Century Gothic" w:hAnsi="Century Gothic"/>
                <w:sz w:val="22"/>
              </w:rPr>
            </w:pPr>
            <w:sdt>
              <w:sdtPr>
                <w:rPr>
                  <w:rFonts w:ascii="Century Gothic" w:hAnsi="Century Gothic"/>
                  <w:sz w:val="22"/>
                </w:rPr>
                <w:id w:val="1192724432"/>
                <w14:checkbox>
                  <w14:checked w14:val="0"/>
                  <w14:checkedState w14:val="2612" w14:font="MS Gothic"/>
                  <w14:uncheckedState w14:val="2610" w14:font="MS Gothic"/>
                </w14:checkbox>
              </w:sdtPr>
              <w:sdtContent>
                <w:r w:rsidR="00992D56" w:rsidRPr="00A12632">
                  <w:rPr>
                    <w:rFonts w:ascii="Segoe UI Symbol" w:eastAsia="MS Gothic" w:hAnsi="Segoe UI Symbol" w:cs="Segoe UI Symbol"/>
                    <w:sz w:val="22"/>
                  </w:rPr>
                  <w:t>☐</w:t>
                </w:r>
              </w:sdtContent>
            </w:sdt>
            <w:r w:rsidR="00992D56" w:rsidRPr="00A12632">
              <w:rPr>
                <w:rFonts w:ascii="Century Gothic" w:hAnsi="Century Gothic"/>
                <w:sz w:val="22"/>
              </w:rPr>
              <w:t xml:space="preserve">  Other</w:t>
            </w:r>
          </w:p>
        </w:tc>
        <w:tc>
          <w:tcPr>
            <w:tcW w:w="5083" w:type="dxa"/>
            <w:tcMar>
              <w:top w:w="100" w:type="dxa"/>
              <w:left w:w="120" w:type="dxa"/>
              <w:bottom w:w="100" w:type="dxa"/>
              <w:right w:w="120" w:type="dxa"/>
            </w:tcMar>
            <w:vAlign w:val="center"/>
          </w:tcPr>
          <w:p w14:paraId="175B0795" w14:textId="77777777" w:rsidR="0029277F" w:rsidRPr="00A12632" w:rsidRDefault="0029277F">
            <w:pPr>
              <w:spacing w:after="0" w:line="252" w:lineRule="auto"/>
              <w:rPr>
                <w:rFonts w:ascii="Century Gothic" w:hAnsi="Century Gothic"/>
                <w:sz w:val="22"/>
              </w:rPr>
            </w:pPr>
          </w:p>
        </w:tc>
      </w:tr>
    </w:tbl>
    <w:p w14:paraId="3962E667" w14:textId="77777777" w:rsidR="00992D56" w:rsidRPr="00A12632" w:rsidRDefault="00992D56">
      <w:pPr>
        <w:spacing w:before="60" w:after="80"/>
        <w:rPr>
          <w:rFonts w:ascii="Century Gothic" w:hAnsi="Century Gothic"/>
          <w:b/>
          <w:sz w:val="22"/>
        </w:rPr>
      </w:pPr>
    </w:p>
    <w:p w14:paraId="70B89161" w14:textId="5F4085A3" w:rsidR="0029277F" w:rsidRPr="00A12632" w:rsidRDefault="00000000">
      <w:pPr>
        <w:spacing w:before="60" w:after="80"/>
        <w:rPr>
          <w:rFonts w:ascii="Century Gothic" w:hAnsi="Century Gothic"/>
          <w:sz w:val="22"/>
        </w:rPr>
      </w:pPr>
      <w:r w:rsidRPr="00A12632">
        <w:rPr>
          <w:rFonts w:ascii="Century Gothic" w:hAnsi="Century Gothic"/>
          <w:b/>
          <w:sz w:val="22"/>
        </w:rPr>
        <w:t xml:space="preserve">Please give details, if relevant:  </w:t>
      </w:r>
    </w:p>
    <w:p w14:paraId="73AE26A1" w14:textId="77777777" w:rsidR="0029277F" w:rsidRPr="00A12632" w:rsidRDefault="00000000">
      <w:pPr>
        <w:rPr>
          <w:rFonts w:ascii="Century Gothic" w:hAnsi="Century Gothic"/>
          <w:sz w:val="22"/>
        </w:rPr>
      </w:pPr>
      <w:r w:rsidRPr="00A12632">
        <w:rPr>
          <w:rFonts w:ascii="Century Gothic" w:hAnsi="Century Gothic"/>
          <w:sz w:val="22"/>
        </w:rPr>
        <w:br w:type="page"/>
      </w:r>
    </w:p>
    <w:p w14:paraId="7B0CDA02" w14:textId="77777777" w:rsidR="0029277F" w:rsidRPr="00A12632" w:rsidRDefault="00000000">
      <w:pPr>
        <w:keepNext/>
        <w:spacing w:before="160"/>
        <w:rPr>
          <w:rFonts w:ascii="Century Gothic" w:hAnsi="Century Gothic"/>
          <w:sz w:val="22"/>
        </w:rPr>
      </w:pPr>
      <w:r w:rsidRPr="00A12632">
        <w:rPr>
          <w:rFonts w:ascii="Century Gothic" w:hAnsi="Century Gothic"/>
          <w:b/>
          <w:color w:val="6C4AA4"/>
          <w:sz w:val="22"/>
        </w:rPr>
        <w:lastRenderedPageBreak/>
        <w:t>How we use and protect your information</w:t>
      </w:r>
    </w:p>
    <w:tbl>
      <w:tblPr>
        <w:tblW w:w="11395" w:type="dxa"/>
        <w:jc w:val="center"/>
        <w:tblLayout w:type="fixed"/>
        <w:tblLook w:val="04A0" w:firstRow="1" w:lastRow="0" w:firstColumn="1" w:lastColumn="0" w:noHBand="0" w:noVBand="1"/>
      </w:tblPr>
      <w:tblGrid>
        <w:gridCol w:w="1560"/>
        <w:gridCol w:w="9835"/>
      </w:tblGrid>
      <w:tr w:rsidR="0029277F" w:rsidRPr="00A12632" w14:paraId="3FCDFEDB" w14:textId="77777777" w:rsidTr="00992D56">
        <w:trPr>
          <w:tblHeader/>
          <w:jc w:val="center"/>
        </w:trPr>
        <w:tc>
          <w:tcPr>
            <w:tcW w:w="1560" w:type="dxa"/>
            <w:shd w:val="clear" w:color="auto" w:fill="6C4AA4"/>
            <w:tcMar>
              <w:top w:w="100" w:type="dxa"/>
              <w:left w:w="120" w:type="dxa"/>
              <w:bottom w:w="100" w:type="dxa"/>
              <w:right w:w="120" w:type="dxa"/>
            </w:tcMar>
            <w:vAlign w:val="center"/>
          </w:tcPr>
          <w:p w14:paraId="371471BE"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Topic</w:t>
            </w:r>
          </w:p>
        </w:tc>
        <w:tc>
          <w:tcPr>
            <w:tcW w:w="9835" w:type="dxa"/>
            <w:shd w:val="clear" w:color="auto" w:fill="6C4AA4"/>
            <w:tcMar>
              <w:top w:w="100" w:type="dxa"/>
              <w:left w:w="120" w:type="dxa"/>
              <w:bottom w:w="100" w:type="dxa"/>
              <w:right w:w="120" w:type="dxa"/>
            </w:tcMar>
            <w:vAlign w:val="center"/>
          </w:tcPr>
          <w:p w14:paraId="265C58F9" w14:textId="77777777" w:rsidR="0029277F" w:rsidRPr="00A12632" w:rsidRDefault="00000000">
            <w:pPr>
              <w:spacing w:after="0" w:line="252" w:lineRule="auto"/>
              <w:rPr>
                <w:rFonts w:ascii="Century Gothic" w:hAnsi="Century Gothic"/>
                <w:sz w:val="22"/>
              </w:rPr>
            </w:pPr>
            <w:r w:rsidRPr="00A12632">
              <w:rPr>
                <w:rFonts w:ascii="Century Gothic" w:hAnsi="Century Gothic"/>
                <w:b/>
                <w:color w:val="FFFFFF"/>
                <w:sz w:val="22"/>
              </w:rPr>
              <w:t>What this means</w:t>
            </w:r>
          </w:p>
        </w:tc>
      </w:tr>
      <w:tr w:rsidR="0029277F" w:rsidRPr="00A12632" w14:paraId="5CA3172D" w14:textId="77777777" w:rsidTr="00992D56">
        <w:trPr>
          <w:jc w:val="center"/>
        </w:trPr>
        <w:tc>
          <w:tcPr>
            <w:tcW w:w="1560" w:type="dxa"/>
            <w:shd w:val="clear" w:color="auto" w:fill="F3F0F8"/>
            <w:tcMar>
              <w:top w:w="100" w:type="dxa"/>
              <w:left w:w="120" w:type="dxa"/>
              <w:bottom w:w="100" w:type="dxa"/>
              <w:right w:w="120" w:type="dxa"/>
            </w:tcMar>
            <w:vAlign w:val="center"/>
          </w:tcPr>
          <w:p w14:paraId="5CB6EC73"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Purpose</w:t>
            </w:r>
          </w:p>
        </w:tc>
        <w:tc>
          <w:tcPr>
            <w:tcW w:w="9835" w:type="dxa"/>
            <w:tcMar>
              <w:top w:w="100" w:type="dxa"/>
              <w:left w:w="120" w:type="dxa"/>
              <w:bottom w:w="100" w:type="dxa"/>
              <w:right w:w="120" w:type="dxa"/>
            </w:tcMar>
            <w:vAlign w:val="center"/>
          </w:tcPr>
          <w:p w14:paraId="7099F042"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We use this information only to monitor fairness and improve our recruitment.</w:t>
            </w:r>
          </w:p>
        </w:tc>
      </w:tr>
      <w:tr w:rsidR="0029277F" w:rsidRPr="00A12632" w14:paraId="493D82A6" w14:textId="77777777" w:rsidTr="00992D56">
        <w:trPr>
          <w:jc w:val="center"/>
        </w:trPr>
        <w:tc>
          <w:tcPr>
            <w:tcW w:w="1560" w:type="dxa"/>
            <w:shd w:val="clear" w:color="auto" w:fill="F3F0F8"/>
            <w:tcMar>
              <w:top w:w="100" w:type="dxa"/>
              <w:left w:w="120" w:type="dxa"/>
              <w:bottom w:w="100" w:type="dxa"/>
              <w:right w:w="120" w:type="dxa"/>
            </w:tcMar>
            <w:vAlign w:val="center"/>
          </w:tcPr>
          <w:p w14:paraId="77BCF548"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Access</w:t>
            </w:r>
          </w:p>
        </w:tc>
        <w:tc>
          <w:tcPr>
            <w:tcW w:w="9835" w:type="dxa"/>
            <w:tcMar>
              <w:top w:w="100" w:type="dxa"/>
              <w:left w:w="120" w:type="dxa"/>
              <w:bottom w:w="100" w:type="dxa"/>
              <w:right w:w="120" w:type="dxa"/>
            </w:tcMar>
            <w:vAlign w:val="center"/>
          </w:tcPr>
          <w:p w14:paraId="271AC67D"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Access is limited to authorised members of the People Team. The recruiting manager and selection panel will not see your answers.</w:t>
            </w:r>
          </w:p>
        </w:tc>
      </w:tr>
      <w:tr w:rsidR="0029277F" w:rsidRPr="00A12632" w14:paraId="66484A3A" w14:textId="77777777" w:rsidTr="00992D56">
        <w:trPr>
          <w:jc w:val="center"/>
        </w:trPr>
        <w:tc>
          <w:tcPr>
            <w:tcW w:w="1560" w:type="dxa"/>
            <w:shd w:val="clear" w:color="auto" w:fill="F3F0F8"/>
            <w:tcMar>
              <w:top w:w="100" w:type="dxa"/>
              <w:left w:w="120" w:type="dxa"/>
              <w:bottom w:w="100" w:type="dxa"/>
              <w:right w:w="120" w:type="dxa"/>
            </w:tcMar>
            <w:vAlign w:val="center"/>
          </w:tcPr>
          <w:p w14:paraId="57CA00F5"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Reporting</w:t>
            </w:r>
          </w:p>
        </w:tc>
        <w:tc>
          <w:tcPr>
            <w:tcW w:w="9835" w:type="dxa"/>
            <w:tcMar>
              <w:top w:w="100" w:type="dxa"/>
              <w:left w:w="120" w:type="dxa"/>
              <w:bottom w:w="100" w:type="dxa"/>
              <w:right w:w="120" w:type="dxa"/>
            </w:tcMar>
            <w:vAlign w:val="center"/>
          </w:tcPr>
          <w:p w14:paraId="7B938AFF"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We combine response categories where needed and suppress small numbers so that our reports do not identify anyone.</w:t>
            </w:r>
          </w:p>
        </w:tc>
      </w:tr>
      <w:tr w:rsidR="0029277F" w:rsidRPr="00A12632" w14:paraId="2512D869" w14:textId="77777777" w:rsidTr="00992D56">
        <w:trPr>
          <w:jc w:val="center"/>
        </w:trPr>
        <w:tc>
          <w:tcPr>
            <w:tcW w:w="1560" w:type="dxa"/>
            <w:shd w:val="clear" w:color="auto" w:fill="F3F0F8"/>
            <w:tcMar>
              <w:top w:w="100" w:type="dxa"/>
              <w:left w:w="120" w:type="dxa"/>
              <w:bottom w:w="100" w:type="dxa"/>
              <w:right w:w="120" w:type="dxa"/>
            </w:tcMar>
            <w:vAlign w:val="center"/>
          </w:tcPr>
          <w:p w14:paraId="7E547AFE"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Legal basis</w:t>
            </w:r>
          </w:p>
        </w:tc>
        <w:tc>
          <w:tcPr>
            <w:tcW w:w="9835" w:type="dxa"/>
            <w:tcMar>
              <w:top w:w="100" w:type="dxa"/>
              <w:left w:w="120" w:type="dxa"/>
              <w:bottom w:w="100" w:type="dxa"/>
              <w:right w:w="120" w:type="dxa"/>
            </w:tcMar>
            <w:vAlign w:val="center"/>
          </w:tcPr>
          <w:p w14:paraId="09FF6002"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We rely on legitimate interests under Article 6(1)(f) of the UK GDPR. For special category data, we rely on substantial public interest under Article 9(2)(g) and the equality of opportunity or treatment condition in Schedule 1, Part 2, paragraph 8 of the Data Protection Act 2018.</w:t>
            </w:r>
          </w:p>
        </w:tc>
      </w:tr>
      <w:tr w:rsidR="0029277F" w:rsidRPr="00A12632" w14:paraId="328FA787" w14:textId="77777777" w:rsidTr="00992D56">
        <w:trPr>
          <w:jc w:val="center"/>
        </w:trPr>
        <w:tc>
          <w:tcPr>
            <w:tcW w:w="1560" w:type="dxa"/>
            <w:shd w:val="clear" w:color="auto" w:fill="F3F0F8"/>
            <w:tcMar>
              <w:top w:w="100" w:type="dxa"/>
              <w:left w:w="120" w:type="dxa"/>
              <w:bottom w:w="100" w:type="dxa"/>
              <w:right w:w="120" w:type="dxa"/>
            </w:tcMar>
            <w:vAlign w:val="center"/>
          </w:tcPr>
          <w:p w14:paraId="5F050A03"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Retention</w:t>
            </w:r>
          </w:p>
        </w:tc>
        <w:tc>
          <w:tcPr>
            <w:tcW w:w="9835" w:type="dxa"/>
            <w:tcMar>
              <w:top w:w="100" w:type="dxa"/>
              <w:left w:w="120" w:type="dxa"/>
              <w:bottom w:w="100" w:type="dxa"/>
              <w:right w:w="120" w:type="dxa"/>
            </w:tcMar>
            <w:vAlign w:val="center"/>
          </w:tcPr>
          <w:p w14:paraId="5F5DF512"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We keep any link between this form and your application for no longer than six months after the recruitment process ends. We may retain anonymised, grouped statistics for longer to monitor trends.</w:t>
            </w:r>
          </w:p>
        </w:tc>
      </w:tr>
      <w:tr w:rsidR="0029277F" w:rsidRPr="00A12632" w14:paraId="0B6B1D44" w14:textId="77777777" w:rsidTr="00992D56">
        <w:trPr>
          <w:jc w:val="center"/>
        </w:trPr>
        <w:tc>
          <w:tcPr>
            <w:tcW w:w="1560" w:type="dxa"/>
            <w:shd w:val="clear" w:color="auto" w:fill="F3F0F8"/>
            <w:tcMar>
              <w:top w:w="100" w:type="dxa"/>
              <w:left w:w="120" w:type="dxa"/>
              <w:bottom w:w="100" w:type="dxa"/>
              <w:right w:w="120" w:type="dxa"/>
            </w:tcMar>
            <w:vAlign w:val="center"/>
          </w:tcPr>
          <w:p w14:paraId="4C1AC6C6"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Your rights</w:t>
            </w:r>
          </w:p>
        </w:tc>
        <w:tc>
          <w:tcPr>
            <w:tcW w:w="9835" w:type="dxa"/>
            <w:tcMar>
              <w:top w:w="100" w:type="dxa"/>
              <w:left w:w="120" w:type="dxa"/>
              <w:bottom w:w="100" w:type="dxa"/>
              <w:right w:w="120" w:type="dxa"/>
            </w:tcMar>
            <w:vAlign w:val="center"/>
          </w:tcPr>
          <w:p w14:paraId="3A4886E0"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You can ask us about your information or exercise your data protection rights by emailing hr@advocacyfocus.org.uk. You can also complain to the Information Commissioner’s Office.</w:t>
            </w:r>
          </w:p>
        </w:tc>
      </w:tr>
      <w:tr w:rsidR="0029277F" w:rsidRPr="00A12632" w14:paraId="49659CA0" w14:textId="77777777" w:rsidTr="00992D56">
        <w:trPr>
          <w:jc w:val="center"/>
        </w:trPr>
        <w:tc>
          <w:tcPr>
            <w:tcW w:w="1560" w:type="dxa"/>
            <w:shd w:val="clear" w:color="auto" w:fill="F3F0F8"/>
            <w:tcMar>
              <w:top w:w="100" w:type="dxa"/>
              <w:left w:w="120" w:type="dxa"/>
              <w:bottom w:w="100" w:type="dxa"/>
              <w:right w:w="120" w:type="dxa"/>
            </w:tcMar>
            <w:vAlign w:val="center"/>
          </w:tcPr>
          <w:p w14:paraId="274E5DAC" w14:textId="77777777" w:rsidR="0029277F" w:rsidRPr="00A12632" w:rsidRDefault="00000000">
            <w:pPr>
              <w:spacing w:after="0" w:line="252" w:lineRule="auto"/>
              <w:rPr>
                <w:rFonts w:ascii="Century Gothic" w:hAnsi="Century Gothic"/>
                <w:sz w:val="22"/>
              </w:rPr>
            </w:pPr>
            <w:r w:rsidRPr="00A12632">
              <w:rPr>
                <w:rFonts w:ascii="Century Gothic" w:hAnsi="Century Gothic"/>
                <w:b/>
                <w:sz w:val="22"/>
              </w:rPr>
              <w:t>More information</w:t>
            </w:r>
          </w:p>
        </w:tc>
        <w:tc>
          <w:tcPr>
            <w:tcW w:w="9835" w:type="dxa"/>
            <w:tcMar>
              <w:top w:w="100" w:type="dxa"/>
              <w:left w:w="120" w:type="dxa"/>
              <w:bottom w:w="100" w:type="dxa"/>
              <w:right w:w="120" w:type="dxa"/>
            </w:tcMar>
            <w:vAlign w:val="center"/>
          </w:tcPr>
          <w:p w14:paraId="046C4A28" w14:textId="77777777" w:rsidR="0029277F" w:rsidRPr="00A12632" w:rsidRDefault="00000000">
            <w:pPr>
              <w:spacing w:after="0" w:line="252" w:lineRule="auto"/>
              <w:rPr>
                <w:rFonts w:ascii="Century Gothic" w:hAnsi="Century Gothic"/>
                <w:sz w:val="22"/>
              </w:rPr>
            </w:pPr>
            <w:r w:rsidRPr="00A12632">
              <w:rPr>
                <w:rFonts w:ascii="Century Gothic" w:hAnsi="Century Gothic"/>
                <w:sz w:val="22"/>
              </w:rPr>
              <w:t>Our Recruitment Privacy Notice explains your rights and how we use recruitment information in more detail. You can request a copy from hr@advocacyfocus.org.uk.</w:t>
            </w:r>
          </w:p>
        </w:tc>
      </w:tr>
    </w:tbl>
    <w:p w14:paraId="5A367386" w14:textId="77777777" w:rsidR="0029277F" w:rsidRPr="00A12632" w:rsidRDefault="00000000">
      <w:pPr>
        <w:spacing w:before="160" w:after="0"/>
        <w:jc w:val="center"/>
        <w:rPr>
          <w:rFonts w:ascii="Century Gothic" w:hAnsi="Century Gothic"/>
          <w:sz w:val="22"/>
        </w:rPr>
      </w:pPr>
      <w:r w:rsidRPr="00A12632">
        <w:rPr>
          <w:rFonts w:ascii="Century Gothic" w:hAnsi="Century Gothic"/>
          <w:b/>
          <w:color w:val="6C4AA4"/>
          <w:sz w:val="22"/>
        </w:rPr>
        <w:t>Thank you for helping us make our recruitment more inclusive.</w:t>
      </w:r>
    </w:p>
    <w:sectPr w:rsidR="0029277F" w:rsidRPr="00A12632" w:rsidSect="00034616">
      <w:headerReference w:type="default" r:id="rId9"/>
      <w:footerReference w:type="default" r:id="rId10"/>
      <w:pgSz w:w="12240" w:h="15840"/>
      <w:pgMar w:top="893" w:right="1037" w:bottom="893" w:left="1037"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FCB90" w14:textId="77777777" w:rsidR="00ED7031" w:rsidRDefault="00ED7031">
      <w:pPr>
        <w:spacing w:after="0" w:line="240" w:lineRule="auto"/>
      </w:pPr>
      <w:r>
        <w:separator/>
      </w:r>
    </w:p>
  </w:endnote>
  <w:endnote w:type="continuationSeparator" w:id="0">
    <w:p w14:paraId="56E8476C" w14:textId="77777777" w:rsidR="00ED7031" w:rsidRDefault="00ED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8791" w14:textId="77777777" w:rsidR="0029277F" w:rsidRDefault="0029277F">
    <w:pPr>
      <w:pStyle w:val="Foote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896"/>
      <w:gridCol w:w="4896"/>
    </w:tblGrid>
    <w:tr w:rsidR="0029277F" w14:paraId="652F3633" w14:textId="77777777">
      <w:trPr>
        <w:jc w:val="center"/>
      </w:trPr>
      <w:tc>
        <w:tcPr>
          <w:tcW w:w="4896" w:type="dxa"/>
          <w:tcMar>
            <w:top w:w="100" w:type="dxa"/>
            <w:left w:w="120" w:type="dxa"/>
            <w:bottom w:w="100" w:type="dxa"/>
            <w:right w:w="120" w:type="dxa"/>
          </w:tcMar>
          <w:vAlign w:val="center"/>
        </w:tcPr>
        <w:p w14:paraId="0BD0A06B" w14:textId="77777777" w:rsidR="0029277F" w:rsidRDefault="00000000">
          <w:pPr>
            <w:spacing w:after="0" w:line="252" w:lineRule="auto"/>
          </w:pPr>
          <w:r>
            <w:rPr>
              <w:color w:val="625C67"/>
              <w:sz w:val="16"/>
            </w:rPr>
            <w:t>Recruitment monitoring | Voluntary and confidential</w:t>
          </w:r>
        </w:p>
      </w:tc>
      <w:tc>
        <w:tcPr>
          <w:tcW w:w="4896" w:type="dxa"/>
          <w:tcMar>
            <w:top w:w="100" w:type="dxa"/>
            <w:left w:w="120" w:type="dxa"/>
            <w:bottom w:w="100" w:type="dxa"/>
            <w:right w:w="120" w:type="dxa"/>
          </w:tcMar>
          <w:vAlign w:val="center"/>
        </w:tcPr>
        <w:p w14:paraId="5DA6DB12" w14:textId="77777777" w:rsidR="0029277F" w:rsidRDefault="00000000">
          <w:pPr>
            <w:spacing w:after="0" w:line="252" w:lineRule="auto"/>
            <w:jc w:val="right"/>
          </w:pPr>
          <w:proofErr w:type="gramStart"/>
          <w:r>
            <w:rPr>
              <w:color w:val="625C67"/>
              <w:sz w:val="16"/>
            </w:rPr>
            <w:t>Reviewed</w:t>
          </w:r>
          <w:proofErr w:type="gramEnd"/>
          <w:r>
            <w:rPr>
              <w:color w:val="625C67"/>
              <w:sz w:val="16"/>
            </w:rPr>
            <w:t>: September 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28115" w14:textId="77777777" w:rsidR="00ED7031" w:rsidRDefault="00ED7031">
      <w:pPr>
        <w:spacing w:after="0" w:line="240" w:lineRule="auto"/>
      </w:pPr>
      <w:r>
        <w:separator/>
      </w:r>
    </w:p>
  </w:footnote>
  <w:footnote w:type="continuationSeparator" w:id="0">
    <w:p w14:paraId="5863B83B" w14:textId="77777777" w:rsidR="00ED7031" w:rsidRDefault="00ED7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6F1CB" w14:textId="77777777" w:rsidR="0029277F" w:rsidRDefault="00000000">
    <w:pPr>
      <w:pStyle w:val="Header"/>
      <w:spacing w:after="40"/>
    </w:pPr>
    <w:r>
      <w:rPr>
        <w:noProof/>
      </w:rPr>
      <w:drawing>
        <wp:inline distT="0" distB="0" distL="0" distR="0" wp14:anchorId="5727B515" wp14:editId="295ADDFE">
          <wp:extent cx="1143000" cy="4850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143000" cy="4850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890619">
    <w:abstractNumId w:val="8"/>
  </w:num>
  <w:num w:numId="2" w16cid:durableId="2009745009">
    <w:abstractNumId w:val="6"/>
  </w:num>
  <w:num w:numId="3" w16cid:durableId="2096126237">
    <w:abstractNumId w:val="5"/>
  </w:num>
  <w:num w:numId="4" w16cid:durableId="1886523435">
    <w:abstractNumId w:val="4"/>
  </w:num>
  <w:num w:numId="5" w16cid:durableId="2112973162">
    <w:abstractNumId w:val="7"/>
  </w:num>
  <w:num w:numId="6" w16cid:durableId="902640497">
    <w:abstractNumId w:val="3"/>
  </w:num>
  <w:num w:numId="7" w16cid:durableId="791173985">
    <w:abstractNumId w:val="2"/>
  </w:num>
  <w:num w:numId="8" w16cid:durableId="1392777450">
    <w:abstractNumId w:val="1"/>
  </w:num>
  <w:num w:numId="9" w16cid:durableId="450519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75E4"/>
    <w:rsid w:val="0029277F"/>
    <w:rsid w:val="0029639D"/>
    <w:rsid w:val="00326F90"/>
    <w:rsid w:val="003E36DC"/>
    <w:rsid w:val="005A1394"/>
    <w:rsid w:val="00644043"/>
    <w:rsid w:val="00992D56"/>
    <w:rsid w:val="00A12632"/>
    <w:rsid w:val="00AA1D8D"/>
    <w:rsid w:val="00B47730"/>
    <w:rsid w:val="00CB0664"/>
    <w:rsid w:val="00ED70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153C03"/>
  <w14:defaultImageDpi w14:val="300"/>
  <w15:docId w15:val="{2E2CD7D3-63CE-4054-916A-183CA5887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color w:val="28252B"/>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92D56"/>
    <w:rPr>
      <w:color w:val="0000FF" w:themeColor="hyperlink"/>
      <w:u w:val="single"/>
    </w:rPr>
  </w:style>
  <w:style w:type="character" w:styleId="UnresolvedMention">
    <w:name w:val="Unresolved Mention"/>
    <w:basedOn w:val="DefaultParagraphFont"/>
    <w:uiPriority w:val="99"/>
    <w:semiHidden/>
    <w:unhideWhenUsed/>
    <w:rsid w:val="00992D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advocacyfocus.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874</Words>
  <Characters>4406</Characters>
  <Application>Microsoft Office Word</Application>
  <DocSecurity>0</DocSecurity>
  <Lines>200</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Louise Gibbons</cp:lastModifiedBy>
  <cp:revision>3</cp:revision>
  <dcterms:created xsi:type="dcterms:W3CDTF">2013-12-23T23:15:00Z</dcterms:created>
  <dcterms:modified xsi:type="dcterms:W3CDTF">2026-09-08T11:28:00Z</dcterms:modified>
  <cp:category/>
</cp:coreProperties>
</file>